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B2A86"/>
          <w:sz w:val="44"/>
        </w:rPr>
        <w:t>Arrow of Light Den Guide</w:t>
      </w:r>
    </w:p>
    <w:p>
      <w:pPr>
        <w:jc w:val="center"/>
      </w:pPr>
      <w:r>
        <w:rPr>
          <w:i/>
          <w:sz w:val="22"/>
        </w:rPr>
        <w:t>Pack 925  ·  2026-2027  ·  5th Grade</w:t>
      </w:r>
    </w:p>
    <w:p/>
    <w:p>
      <w:pPr>
        <w:spacing w:after="40"/>
      </w:pPr>
      <w:r>
        <w:rPr>
          <w:b/>
        </w:rPr>
        <w:t xml:space="preserve">How this den works: </w:t>
      </w:r>
      <w:r>
        <w:t>AOL uses the PATROL METHOD - Scouts pick a patrol name and elect a patrol leader. Prepares them for a Scouts BSA troop.</w:t>
      </w:r>
    </w:p>
    <w:p>
      <w:r>
        <w:t>Arrow of Light Scouts are 5th graders earning the final Cub Scout rank and crossing over into a Scouts BSA troop at the pack Crossover (about Feb 28). Because of that early exit, their adventures are COMPRESSED to finish by mid-February - all six required adventures are done before crossover. AOL uses the PATROL METHOD: Scouts pick a patrol name, elect a patrol leader, and practice real youth leadership, so a Den Chief should coach from the side and hand pieces of the meeting to the patrol leader.</w:t>
      </w:r>
    </w:p>
    <w:p>
      <w:r>
        <w:rPr>
          <w:i/>
        </w:rPr>
        <w:t>This guide covers the two ALIGNED den-meeting weeks each month. Each required adventure is split across those two sessions so the whole pack stays on the same page.</w:t>
      </w:r>
    </w:p>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pPr>
        <w:spacing w:before="280" w:after="80"/>
      </w:pPr>
      <w:r>
        <w:rPr>
          <w:b/>
          <w:color w:val="5B2A86"/>
          <w:sz w:val="28"/>
        </w:rPr>
        <w:t>August 2026: Bobcat Kickoff</w:t>
      </w:r>
    </w:p>
    <w:p>
      <w:r>
        <w:rPr>
          <w:i/>
        </w:rPr>
        <w:t>August is a partial startup month: the Welcome Back Party (Aug 13) and New Scout Night (Aug 20) kick off the year, and the first patrol meeting (Aug 27) starts Bobcat. Meet everyone, set up how the patrol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5B2A86"/>
          <w:sz w:val="25"/>
        </w:rPr>
        <w:t>Thu Aug 27  —  Form the Patrol &amp; Start Bobcat</w:t>
      </w:r>
    </w:p>
    <w:p>
      <w:pPr>
        <w:spacing w:after="40"/>
      </w:pPr>
      <w:r>
        <w:rPr>
          <w:b/>
        </w:rPr>
        <w:t xml:space="preserve">Focus: </w:t>
      </w:r>
      <w:r>
        <w:t>Get to know your patrol, set up how meetings run, and get a first look at the Scout Oath, Scout Law, and Cub Scout sign.</w:t>
      </w:r>
    </w:p>
    <w:p>
      <w:pPr>
        <w:spacing w:after="40"/>
      </w:pPr>
      <w:r>
        <w:rPr>
          <w:b/>
        </w:rPr>
        <w:t>Requirements completed tonight:</w:t>
      </w:r>
    </w:p>
    <w:p>
      <w:pPr>
        <w:pStyle w:val="ListBullet"/>
      </w:pPr>
      <w:r>
        <w:t>Bobcat (start): Get to know the members of your patrol.</w:t>
      </w:r>
    </w:p>
    <w:p>
      <w:pPr>
        <w:pStyle w:val="ListBullet"/>
      </w:pPr>
      <w:r>
        <w:t>Bobcat (start): First look at the Scout Oath, Scout Law, and Cub Scout sign - completed in September.</w:t>
      </w:r>
    </w:p>
    <w:p>
      <w:pPr>
        <w:spacing w:after="40"/>
      </w:pPr>
      <w:r>
        <w:rPr>
          <w:b/>
        </w:rPr>
        <w:t>Materials to bring:</w:t>
      </w:r>
    </w:p>
    <w:p>
      <w:r>
        <w:t>whiteboard or chart paper, markers, slips of paper for voting,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Form Your Patrol</w:t>
      </w:r>
    </w:p>
    <w:p>
      <w:pPr>
        <w:spacing w:after="20"/>
        <w:numPr>
          <w:ilvl w:val="0"/>
          <w:numId w:val="14"/>
        </w:numPr>
      </w:pPr>
      <w:r>
        <w:t>Explain the patrol method: Scouts plan and lead while adults coach from the side.</w:t>
      </w:r>
    </w:p>
    <w:p>
      <w:pPr>
        <w:spacing w:after="20"/>
        <w:numPr>
          <w:ilvl w:val="0"/>
          <w:numId w:val="14"/>
        </w:numPr>
      </w:pPr>
      <w:r>
        <w:t>Vote on a patrol name and elect a patrol leader for the startup weeks.</w:t>
      </w:r>
    </w:p>
    <w:p>
      <w:pPr>
        <w:spacing w:after="20"/>
        <w:numPr>
          <w:ilvl w:val="0"/>
          <w:numId w:val="14"/>
        </w:numPr>
      </w:pPr>
      <w:r>
        <w:t>Draft a quick patrol Code of Conduct using Scout Law words; everyone signs it.</w:t>
      </w:r>
    </w:p>
    <w:p>
      <w:pPr>
        <w:spacing w:after="40"/>
      </w:pPr>
      <w:r>
        <w:rPr>
          <w:i/>
          <w:sz w:val="18"/>
        </w:rPr>
        <w:t>Needs: whiteboard or chart paper, markers, slips of paper for voting</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Watch for the weekly meeting reminder and mark the pack calendar.</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patrol kickoff.</w:t>
      </w:r>
    </w:p>
    <w:p>
      <w:pPr>
        <w:spacing w:before="280" w:after="80"/>
      </w:pPr>
      <w:r>
        <w:rPr>
          <w:b/>
          <w:color w:val="5B2A86"/>
          <w:sz w:val="28"/>
        </w:rPr>
        <w:t>September 2026: Bobcat</w:t>
      </w:r>
    </w:p>
    <w:p>
      <w:r>
        <w:rPr>
          <w:i/>
        </w:rPr>
        <w:t>Start AOL as a patrol: choose a patrol identity, practice Scouts BSA basics, and visit a troop so crossover feels real.</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req 8: At home, parent/guardian + Scout complete the exercises in 'How to Protect Your Children From Child Abuse: A Parent's Guide' (free at scouting.org).</w:t>
      </w:r>
    </w:p>
    <w:p>
      <w:pPr>
        <w:pStyle w:val="ListBullet"/>
      </w:pPr>
      <w:r>
        <w:t>Bobcat req 7: Visit a Scouts BSA troop with your patrol or parent/guardian if you cannot attend the den's planned visit.</w:t>
      </w:r>
    </w:p>
    <w:p>
      <w:pPr>
        <w:spacing w:before="200" w:after="80"/>
      </w:pPr>
      <w:r>
        <w:rPr>
          <w:b/>
          <w:color w:val="5B2A86"/>
          <w:sz w:val="25"/>
        </w:rPr>
        <w:t>Thu Sep 3  —  Form the Patrol</w:t>
      </w:r>
    </w:p>
    <w:p>
      <w:pPr>
        <w:spacing w:after="40"/>
      </w:pPr>
      <w:r>
        <w:rPr>
          <w:b/>
        </w:rPr>
        <w:t xml:space="preserve">Focus: </w:t>
      </w:r>
      <w:r>
        <w:t>Choose a patrol name, elect a patrol leader, and start working like a Scouts BSA patrol.</w:t>
      </w:r>
    </w:p>
    <w:p>
      <w:pPr>
        <w:spacing w:after="40"/>
      </w:pPr>
      <w:r>
        <w:rPr>
          <w:b/>
        </w:rPr>
        <w:t>Requirements completed tonight:</w:t>
      </w:r>
    </w:p>
    <w:p>
      <w:pPr>
        <w:pStyle w:val="ListBullet"/>
      </w:pPr>
      <w:r>
        <w:t>Bobcat 1 (Patrol method: name, patrol leader, benefits)</w:t>
      </w:r>
    </w:p>
    <w:p>
      <w:pPr>
        <w:pStyle w:val="ListBullet"/>
      </w:pPr>
      <w:r>
        <w:t>Bobcat 2 (Get to know patrol members)</w:t>
      </w:r>
    </w:p>
    <w:p>
      <w:pPr>
        <w:pStyle w:val="ListBullet"/>
      </w:pPr>
      <w:r>
        <w:t>Bobcat 4 (Create a Code of Conduct)</w:t>
      </w:r>
    </w:p>
    <w:p>
      <w:pPr>
        <w:spacing w:after="40"/>
      </w:pPr>
      <w:r>
        <w:rPr>
          <w:b/>
        </w:rPr>
        <w:t>Materials to bring:</w:t>
      </w:r>
    </w:p>
    <w:p>
      <w:r>
        <w:t>ballots or slips of paper, pencils, poster board, markers, tape, index cards</w:t>
      </w:r>
    </w:p>
    <w:p>
      <w:pPr>
        <w:spacing w:after="20"/>
      </w:pPr>
      <w:r>
        <w:rPr>
          <w:b/>
        </w:rPr>
        <w:t>Gathering — Patrol Name Pitch Board</w:t>
      </w:r>
    </w:p>
    <w:p>
      <w:pPr>
        <w:spacing w:after="20"/>
        <w:numPr>
          <w:ilvl w:val="0"/>
          <w:numId w:val="17"/>
        </w:numPr>
      </w:pPr>
      <w:r>
        <w:t>As Scouts arrive, each writes or sketches one patrol-name idea on the board.</w:t>
      </w:r>
    </w:p>
    <w:p>
      <w:pPr>
        <w:spacing w:after="20"/>
        <w:numPr>
          <w:ilvl w:val="0"/>
          <w:numId w:val="17"/>
        </w:numPr>
      </w:pPr>
      <w:r>
        <w:t>Den Chief groups similar ideas and asks Scouts to add one symbol or cheer idea.</w:t>
      </w:r>
    </w:p>
    <w:p>
      <w:pPr>
        <w:spacing w:after="20"/>
        <w:numPr>
          <w:ilvl w:val="0"/>
          <w:numId w:val="17"/>
        </w:numPr>
      </w:pPr>
      <w:r>
        <w:t>Patrol leader candidates prepare a 20-second pitch for how they would help the patrol.</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Patrol Method Mini-Council</w:t>
      </w:r>
    </w:p>
    <w:p>
      <w:pPr>
        <w:spacing w:after="20"/>
        <w:numPr>
          <w:ilvl w:val="0"/>
          <w:numId w:val="19"/>
        </w:numPr>
      </w:pPr>
      <w:r>
        <w:t>Den Chief explains that patrols plan, lead, and take care of each other - adults coach from the side.</w:t>
      </w:r>
    </w:p>
    <w:p>
      <w:pPr>
        <w:spacing w:after="20"/>
        <w:numPr>
          <w:ilvl w:val="0"/>
          <w:numId w:val="19"/>
        </w:numPr>
      </w:pPr>
      <w:r>
        <w:t>Scouts vote on a patrol name and elect a patrol leader for the month.</w:t>
      </w:r>
    </w:p>
    <w:p>
      <w:pPr>
        <w:spacing w:after="20"/>
        <w:numPr>
          <w:ilvl w:val="0"/>
          <w:numId w:val="19"/>
        </w:numPr>
      </w:pPr>
      <w:r>
        <w:t>Discuss benefits: everyone has a job, decisions are shared, and leadership rotates.</w:t>
      </w:r>
    </w:p>
    <w:p>
      <w:pPr>
        <w:spacing w:after="40"/>
      </w:pPr>
      <w:r>
        <w:rPr>
          <w:i/>
          <w:sz w:val="18"/>
        </w:rPr>
        <w:t>Needs: ballots or slips of paper, pencils</w:t>
      </w:r>
    </w:p>
    <w:p>
      <w:pPr>
        <w:spacing w:after="20"/>
      </w:pPr>
      <w:r>
        <w:rPr>
          <w:b/>
        </w:rPr>
        <w:t>Activity — Patrol Code of Conduct</w:t>
      </w:r>
    </w:p>
    <w:p>
      <w:pPr>
        <w:spacing w:after="20"/>
        <w:numPr>
          <w:ilvl w:val="0"/>
          <w:numId w:val="20"/>
        </w:numPr>
      </w:pPr>
      <w:r>
        <w:t>Patrol leader runs a quick brainstorm: what makes meetings safe, respectful, and fun?</w:t>
      </w:r>
    </w:p>
    <w:p>
      <w:pPr>
        <w:spacing w:after="20"/>
        <w:numPr>
          <w:ilvl w:val="0"/>
          <w:numId w:val="20"/>
        </w:numPr>
      </w:pPr>
      <w:r>
        <w:t>Turn the best ideas into 5-7 clear rules using Scout Law words.</w:t>
      </w:r>
    </w:p>
    <w:p>
      <w:pPr>
        <w:spacing w:after="20"/>
        <w:numPr>
          <w:ilvl w:val="0"/>
          <w:numId w:val="20"/>
        </w:numPr>
      </w:pPr>
      <w:r>
        <w:t>Every Scout signs the code; post it at future meetings.</w:t>
      </w:r>
    </w:p>
    <w:p>
      <w:pPr>
        <w:spacing w:after="40"/>
      </w:pPr>
      <w:r>
        <w:rPr>
          <w:i/>
          <w:sz w:val="18"/>
        </w:rPr>
        <w:t>Needs: poster board, markers, tape</w:t>
      </w:r>
    </w:p>
    <w:p>
      <w:pPr>
        <w:spacing w:after="20"/>
      </w:pPr>
      <w:r>
        <w:rPr>
          <w:b/>
        </w:rPr>
        <w:t>Activity — Know Your Patrol</w:t>
      </w:r>
    </w:p>
    <w:p>
      <w:pPr>
        <w:spacing w:after="20"/>
        <w:numPr>
          <w:ilvl w:val="0"/>
          <w:numId w:val="21"/>
        </w:numPr>
      </w:pPr>
      <w:r>
        <w:t>Pair Scouts for 2-minute interviews: school, hobby, favorite camp food, one skill they can teach.</w:t>
      </w:r>
    </w:p>
    <w:p>
      <w:pPr>
        <w:spacing w:after="20"/>
        <w:numPr>
          <w:ilvl w:val="0"/>
          <w:numId w:val="21"/>
        </w:numPr>
      </w:pPr>
      <w:r>
        <w:t>Each Scout introduces their partner to the patrol.</w:t>
      </w:r>
    </w:p>
    <w:p>
      <w:pPr>
        <w:spacing w:after="20"/>
        <w:numPr>
          <w:ilvl w:val="0"/>
          <w:numId w:val="21"/>
        </w:numPr>
      </w:pPr>
      <w:r>
        <w:t>Patrol leader notes skills that can help future meetings.</w:t>
      </w:r>
    </w:p>
    <w:p>
      <w:pPr>
        <w:spacing w:after="40"/>
      </w:pPr>
      <w:r>
        <w:rPr>
          <w:i/>
          <w:sz w:val="18"/>
        </w:rPr>
        <w:t>Needs: index cards, pencils</w:t>
      </w:r>
    </w:p>
    <w:p>
      <w:pPr>
        <w:spacing w:after="20"/>
      </w:pPr>
      <w:r>
        <w:rPr>
          <w:b/>
        </w:rPr>
        <w:t>Closing — Closing Ceremony - the Living Circle</w:t>
      </w:r>
    </w:p>
    <w:p>
      <w:pPr>
        <w:spacing w:after="20"/>
        <w:numPr>
          <w:ilvl w:val="0"/>
          <w:numId w:val="22"/>
        </w:numPr>
      </w:pPr>
      <w:r>
        <w:t>Form a circle. Everyone puts their left hand toward the center, little fingers linked to the next Scout.</w:t>
      </w:r>
    </w:p>
    <w:p>
      <w:pPr>
        <w:spacing w:after="20"/>
        <w:numPr>
          <w:ilvl w:val="0"/>
          <w:numId w:val="22"/>
        </w:numPr>
      </w:pPr>
      <w:r>
        <w:t>Den Chief shares a 1-sentence thought tied to tonight (e.g., 'Tonight we practiced being Helpful.').</w:t>
      </w:r>
    </w:p>
    <w:p>
      <w:pPr>
        <w:spacing w:after="20"/>
        <w:numPr>
          <w:ilvl w:val="0"/>
          <w:numId w:val="22"/>
        </w:numPr>
      </w:pPr>
      <w:r>
        <w:t>On the Den Chief's signal, everyone raises the circle and gives a quiet 'Do Your Best!' Dismiss.</w:t>
      </w:r>
    </w:p>
    <w:p>
      <w:pPr>
        <w:spacing w:after="40"/>
      </w:pPr>
      <w:r>
        <w:rPr>
          <w:b/>
        </w:rPr>
        <w:t>Send home / follow-up:</w:t>
      </w:r>
    </w:p>
    <w:p>
      <w:pPr>
        <w:pStyle w:val="ListBullet"/>
      </w:pPr>
      <w:r>
        <w:t>Give families the Protect Your Children booklet link (Bobcat req 8).</w:t>
      </w:r>
    </w:p>
    <w:p>
      <w:pPr>
        <w:pStyle w:val="ListBullet"/>
      </w:pPr>
      <w:r>
        <w:t>Share the planned troop-visit date and ask families to RSVP.</w:t>
      </w:r>
    </w:p>
    <w:p>
      <w:pPr>
        <w:spacing w:after="120"/>
      </w:pPr>
      <w:r>
        <w:rPr>
          <w:b/>
        </w:rPr>
        <w:t xml:space="preserve">Den Chief tip: </w:t>
      </w:r>
      <w:r>
        <w:t>Let the elected patrol leader actually lead small pieces tonight. Coach quietly; do not take the job back unless safety requires it.</w:t>
      </w:r>
    </w:p>
    <w:p>
      <w:pPr>
        <w:spacing w:before="200" w:after="80"/>
      </w:pPr>
      <w:r>
        <w:rPr>
          <w:b/>
          <w:color w:val="5B2A86"/>
          <w:sz w:val="25"/>
        </w:rPr>
        <w:t>Thu Sep 17  —  Scouts BSA Basics &amp; Troop Visit</w:t>
      </w:r>
    </w:p>
    <w:p>
      <w:pPr>
        <w:spacing w:after="40"/>
      </w:pPr>
      <w:r>
        <w:rPr>
          <w:b/>
        </w:rPr>
        <w:t xml:space="preserve">Focus: </w:t>
      </w:r>
      <w:r>
        <w:t>Practice the Oath, Law, sign, salute, handshake, motto, and slogan; connect with a troop.</w:t>
      </w:r>
    </w:p>
    <w:p>
      <w:pPr>
        <w:spacing w:after="40"/>
      </w:pPr>
      <w:r>
        <w:rPr>
          <w:b/>
        </w:rPr>
        <w:t>Requirements completed tonight:</w:t>
      </w:r>
    </w:p>
    <w:p>
      <w:pPr>
        <w:pStyle w:val="ListBullet"/>
      </w:pPr>
      <w:r>
        <w:t>Bobcat 3 (Recite Scout Oath and Scout Law with patrol)</w:t>
      </w:r>
    </w:p>
    <w:p>
      <w:pPr>
        <w:pStyle w:val="ListBullet"/>
      </w:pPr>
      <w:r>
        <w:t>Bobcat 5 (Scouts BSA sign, salute, handshake)</w:t>
      </w:r>
    </w:p>
    <w:p>
      <w:pPr>
        <w:pStyle w:val="ListBullet"/>
      </w:pPr>
      <w:r>
        <w:t>Bobcat 6 (Scouts BSA slogan and motto)</w:t>
      </w:r>
    </w:p>
    <w:p>
      <w:pPr>
        <w:pStyle w:val="ListBullet"/>
      </w:pPr>
      <w:r>
        <w:t>Bobcat 7 (Visit a Scouts BSA troop - outing if scheduled this night)</w:t>
      </w:r>
    </w:p>
    <w:p>
      <w:pPr>
        <w:spacing w:after="40"/>
      </w:pPr>
      <w:r>
        <w:rPr>
          <w:b/>
        </w:rPr>
        <w:t>Materials to bring:</w:t>
      </w:r>
    </w:p>
    <w:p>
      <w:r>
        <w:t>small flag for salute practice, troop visit details, question cards, permission/contact info as needed</w:t>
      </w:r>
    </w:p>
    <w:p>
      <w:pPr>
        <w:spacing w:after="20"/>
      </w:pPr>
      <w:r>
        <w:rPr>
          <w:b/>
        </w:rPr>
        <w:t>Gathering — Oath and Law Line-Up</w:t>
      </w:r>
    </w:p>
    <w:p>
      <w:pPr>
        <w:spacing w:after="20"/>
        <w:numPr>
          <w:ilvl w:val="0"/>
          <w:numId w:val="23"/>
        </w:numPr>
      </w:pPr>
      <w:r>
        <w:t>Give teams mixed-up strips of the Scout Oath or Scout Law.</w:t>
      </w:r>
    </w:p>
    <w:p>
      <w:pPr>
        <w:spacing w:after="20"/>
        <w:numPr>
          <w:ilvl w:val="0"/>
          <w:numId w:val="23"/>
        </w:numPr>
      </w:pPr>
      <w:r>
        <w:t>They race to put the words in order, then recite together.</w:t>
      </w:r>
    </w:p>
    <w:p>
      <w:pPr>
        <w:spacing w:after="20"/>
        <w:numPr>
          <w:ilvl w:val="0"/>
          <w:numId w:val="23"/>
        </w:numPr>
      </w:pPr>
      <w:r>
        <w:t>Older Scouts explain one Law point they used during the game.</w:t>
      </w:r>
    </w:p>
    <w:p>
      <w:pPr>
        <w:spacing w:after="20"/>
      </w:pPr>
      <w:r>
        <w:rPr>
          <w:b/>
        </w:rPr>
        <w:t>Opening — Opening Ceremony</w:t>
      </w:r>
    </w:p>
    <w:p>
      <w:pPr>
        <w:spacing w:after="20"/>
        <w:numPr>
          <w:ilvl w:val="0"/>
          <w:numId w:val="24"/>
        </w:numPr>
      </w:pPr>
      <w:r>
        <w:t>Form up in a horseshoe or circle. Ask a Scout to lead the Pledge of Allegiance to the flag.</w:t>
      </w:r>
    </w:p>
    <w:p>
      <w:pPr>
        <w:spacing w:after="20"/>
        <w:numPr>
          <w:ilvl w:val="0"/>
          <w:numId w:val="24"/>
        </w:numPr>
      </w:pPr>
      <w:r>
        <w:t>Everyone gives the Cub Scout sign and recites the Scout Oath together.</w:t>
      </w:r>
    </w:p>
    <w:p>
      <w:pPr>
        <w:spacing w:after="20"/>
        <w:numPr>
          <w:ilvl w:val="0"/>
          <w:numId w:val="24"/>
        </w:numPr>
      </w:pPr>
      <w:r>
        <w:t>Recite the Scout Law together. Younger dens may say it line-by-line after the Den Chief.</w:t>
      </w:r>
    </w:p>
    <w:p>
      <w:pPr>
        <w:spacing w:after="20"/>
      </w:pPr>
      <w:r>
        <w:rPr>
          <w:b/>
        </w:rPr>
        <w:t>Activity — Scout Skills Protocol</w:t>
      </w:r>
    </w:p>
    <w:p>
      <w:pPr>
        <w:spacing w:after="20"/>
        <w:numPr>
          <w:ilvl w:val="0"/>
          <w:numId w:val="25"/>
        </w:numPr>
      </w:pPr>
      <w:r>
        <w:t>Den Chief demonstrates Scouts BSA sign, salute, and handshake, explaining when each is used.</w:t>
      </w:r>
    </w:p>
    <w:p>
      <w:pPr>
        <w:spacing w:after="20"/>
        <w:numPr>
          <w:ilvl w:val="0"/>
          <w:numId w:val="25"/>
        </w:numPr>
      </w:pPr>
      <w:r>
        <w:t>Scouts practice in pairs, then teach it back to another pair.</w:t>
      </w:r>
    </w:p>
    <w:p>
      <w:pPr>
        <w:spacing w:after="20"/>
        <w:numPr>
          <w:ilvl w:val="0"/>
          <w:numId w:val="25"/>
        </w:numPr>
      </w:pPr>
      <w:r>
        <w:t>Patrol recites the Scout motto 'Be Prepared' and slogan 'Do a Good Turn Daily.'</w:t>
      </w:r>
    </w:p>
    <w:p>
      <w:pPr>
        <w:spacing w:after="40"/>
      </w:pPr>
      <w:r>
        <w:rPr>
          <w:i/>
          <w:sz w:val="18"/>
        </w:rPr>
        <w:t>Needs: small flag for salute practice</w:t>
      </w:r>
    </w:p>
    <w:p>
      <w:pPr>
        <w:spacing w:after="20"/>
      </w:pPr>
      <w:r>
        <w:rPr>
          <w:b/>
        </w:rPr>
        <w:t>Activity — Troop Visit Plan or Visit</w:t>
      </w:r>
    </w:p>
    <w:p>
      <w:pPr>
        <w:spacing w:after="20"/>
        <w:numPr>
          <w:ilvl w:val="0"/>
          <w:numId w:val="26"/>
        </w:numPr>
      </w:pPr>
      <w:r>
        <w:t>If the troop is meeting tonight, attend as a patrol, observe youth leadership, and ask prepared questions.</w:t>
      </w:r>
    </w:p>
    <w:p>
      <w:pPr>
        <w:spacing w:after="20"/>
        <w:numPr>
          <w:ilvl w:val="0"/>
          <w:numId w:val="26"/>
        </w:numPr>
      </w:pPr>
      <w:r>
        <w:t>If the visit is on another night, plan who is going, what to wear, and three questions to ask the SPL or patrol leaders.</w:t>
      </w:r>
    </w:p>
    <w:p>
      <w:pPr>
        <w:spacing w:after="20"/>
        <w:numPr>
          <w:ilvl w:val="0"/>
          <w:numId w:val="26"/>
        </w:numPr>
      </w:pPr>
      <w:r>
        <w:t>Afterward, each Scout names one troop practice the AOL patrol could try.</w:t>
      </w:r>
    </w:p>
    <w:p>
      <w:pPr>
        <w:spacing w:after="40"/>
      </w:pPr>
      <w:r>
        <w:rPr>
          <w:i/>
          <w:sz w:val="18"/>
        </w:rPr>
        <w:t>Needs: troop visit details, question cards, permission/contact info as needed</w:t>
      </w:r>
    </w:p>
    <w:p>
      <w:pPr>
        <w:spacing w:after="20"/>
      </w:pPr>
      <w:r>
        <w:rPr>
          <w:b/>
        </w:rPr>
        <w:t>Closing — Closing Ceremony - the Living Circle</w:t>
      </w:r>
    </w:p>
    <w:p>
      <w:pPr>
        <w:spacing w:after="20"/>
        <w:numPr>
          <w:ilvl w:val="0"/>
          <w:numId w:val="27"/>
        </w:numPr>
      </w:pPr>
      <w:r>
        <w:t>Form a circle. Everyone puts their left hand toward the center, little fingers linked to the next Scout.</w:t>
      </w:r>
    </w:p>
    <w:p>
      <w:pPr>
        <w:spacing w:after="20"/>
        <w:numPr>
          <w:ilvl w:val="0"/>
          <w:numId w:val="27"/>
        </w:numPr>
      </w:pPr>
      <w:r>
        <w:t>Den Chief shares a 1-sentence thought tied to tonight (e.g., 'Tonight we practiced being Helpful.').</w:t>
      </w:r>
    </w:p>
    <w:p>
      <w:pPr>
        <w:spacing w:after="20"/>
        <w:numPr>
          <w:ilvl w:val="0"/>
          <w:numId w:val="27"/>
        </w:numPr>
      </w:pPr>
      <w:r>
        <w:t>On the Den Chief's signal, everyone raises the circle and gives a quiet 'Do Your Best!' Dismiss.</w:t>
      </w:r>
    </w:p>
    <w:p>
      <w:pPr>
        <w:spacing w:after="40"/>
      </w:pPr>
      <w:r>
        <w:rPr>
          <w:b/>
        </w:rPr>
        <w:t>Send home / follow-up:</w:t>
      </w:r>
    </w:p>
    <w:p>
      <w:pPr>
        <w:pStyle w:val="ListBullet"/>
      </w:pPr>
      <w:r>
        <w:t>Complete the troop visit if not done tonight.</w:t>
      </w:r>
    </w:p>
    <w:p>
      <w:pPr>
        <w:pStyle w:val="ListBullet"/>
      </w:pPr>
      <w:r>
        <w:t>Finish the Protect Your Children booklet to complete Bobcat.</w:t>
      </w:r>
    </w:p>
    <w:p>
      <w:pPr>
        <w:spacing w:after="120"/>
      </w:pPr>
      <w:r>
        <w:rPr>
          <w:b/>
        </w:rPr>
        <w:t xml:space="preserve">Den Chief tip: </w:t>
      </w:r>
      <w:r>
        <w:t>This is the first big bridge to Scouts BSA. Ask the troop to showcase youth leaders, not adult lectures.</w:t>
      </w:r>
    </w:p>
    <w:p>
      <w:pPr>
        <w:spacing w:after="160"/>
      </w:pPr>
      <w:r>
        <w:rPr>
          <w:b/>
        </w:rPr>
        <w:t xml:space="preserve">Flex week idea: </w:t>
      </w:r>
      <w:r>
        <w:t>Sep 10 (Roundtable): patrol flag or patrol yell workshop; use it to finish the Code of Conduct or troop-visit logistics.</w:t>
      </w:r>
    </w:p>
    <w:p>
      <w:pPr>
        <w:spacing w:before="280" w:after="80"/>
      </w:pPr>
      <w:r>
        <w:rPr>
          <w:b/>
          <w:color w:val="5B2A86"/>
          <w:sz w:val="28"/>
        </w:rPr>
        <w:t>October 2026: First Aid</w:t>
      </w:r>
    </w:p>
    <w:p>
      <w:r>
        <w:rPr>
          <w:i/>
        </w:rPr>
        <w:t>Build confidence to respond: assess the scene, get help, handle hurry cases, and make a personal first-aid kit.</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r>
        <w:rPr>
          <w:b/>
        </w:rPr>
        <w:t>Family / at-home requirements this month:</w:t>
      </w:r>
    </w:p>
    <w:p>
      <w:pPr>
        <w:pStyle w:val="ListBullet"/>
      </w:pPr>
      <w:r>
        <w:t>First Aid req 1: With parent permission, watch the 'Protect Yourself Rules' video for the AOL rank at home before or during October.</w:t>
      </w:r>
    </w:p>
    <w:p>
      <w:pPr>
        <w:spacing w:before="200" w:after="80"/>
      </w:pPr>
      <w:r>
        <w:rPr>
          <w:b/>
          <w:color w:val="5B2A86"/>
          <w:sz w:val="25"/>
        </w:rPr>
        <w:t>Thu Oct 1  —  Hurry Cases and Getting Help</w:t>
      </w:r>
    </w:p>
    <w:p>
      <w:pPr>
        <w:spacing w:after="40"/>
      </w:pPr>
      <w:r>
        <w:rPr>
          <w:b/>
        </w:rPr>
        <w:t xml:space="preserve">Focus: </w:t>
      </w:r>
      <w:r>
        <w:t>Learn what to do first and practice the life-threatening hurry cases.</w:t>
      </w:r>
    </w:p>
    <w:p>
      <w:pPr>
        <w:spacing w:after="40"/>
      </w:pPr>
      <w:r>
        <w:rPr>
          <w:b/>
        </w:rPr>
        <w:t>Requirements completed tonight:</w:t>
      </w:r>
    </w:p>
    <w:p>
      <w:pPr>
        <w:pStyle w:val="ListBullet"/>
      </w:pPr>
      <w:r>
        <w:t>First Aid 2 (What to do if someone needs first aid)</w:t>
      </w:r>
    </w:p>
    <w:p>
      <w:pPr>
        <w:pStyle w:val="ListBullet"/>
      </w:pPr>
      <w:r>
        <w:t>First Aid 3 (Hurry cases: bleeding, heart attack/sudden cardiac arrest, stopped breathing, stroke, poisoning)</w:t>
      </w:r>
    </w:p>
    <w:p>
      <w:pPr>
        <w:pStyle w:val="ListBullet"/>
      </w:pPr>
      <w:r>
        <w:t>First Aid 4 (Choking victim)</w:t>
      </w:r>
    </w:p>
    <w:p>
      <w:pPr>
        <w:spacing w:after="40"/>
      </w:pPr>
      <w:r>
        <w:rPr>
          <w:b/>
        </w:rPr>
        <w:t>Materials to bring:</w:t>
      </w:r>
    </w:p>
    <w:p>
      <w:r>
        <w:t>scenario cards, disposable gloves, gauze pads, roller bandages, CPR face shield trainer or picture, poison control number card, station signs, choking trainer vest or manikin if available, diagram handout</w:t>
      </w:r>
    </w:p>
    <w:p>
      <w:pPr>
        <w:spacing w:after="20"/>
      </w:pPr>
      <w:r>
        <w:rPr>
          <w:b/>
        </w:rPr>
        <w:t>Gathering — Emergency or Not?</w:t>
      </w:r>
    </w:p>
    <w:p>
      <w:pPr>
        <w:spacing w:after="20"/>
        <w:numPr>
          <w:ilvl w:val="0"/>
          <w:numId w:val="28"/>
        </w:numPr>
      </w:pPr>
      <w:r>
        <w:t>Den Chief reads scenario cards as Scouts arrive.</w:t>
      </w:r>
    </w:p>
    <w:p>
      <w:pPr>
        <w:spacing w:after="20"/>
        <w:numPr>
          <w:ilvl w:val="0"/>
          <w:numId w:val="28"/>
        </w:numPr>
      </w:pPr>
      <w:r>
        <w:t>Scouts sort them into 'call 911 now,' 'get an adult/first-aid kit,' or 'not first aid.'</w:t>
      </w:r>
    </w:p>
    <w:p>
      <w:pPr>
        <w:spacing w:after="20"/>
        <w:numPr>
          <w:ilvl w:val="0"/>
          <w:numId w:val="28"/>
        </w:numPr>
      </w:pPr>
      <w:r>
        <w:t>Patrol leader asks one Scout to defend each choice.</w:t>
      </w:r>
    </w:p>
    <w:p>
      <w:pPr>
        <w:spacing w:after="20"/>
      </w:pPr>
      <w:r>
        <w:rPr>
          <w:b/>
        </w:rPr>
        <w:t>Opening — Opening Ceremony</w:t>
      </w:r>
    </w:p>
    <w:p>
      <w:pPr>
        <w:spacing w:after="20"/>
        <w:numPr>
          <w:ilvl w:val="0"/>
          <w:numId w:val="29"/>
        </w:numPr>
      </w:pPr>
      <w:r>
        <w:t>Form up in a horseshoe or circle. Ask a Scout to lead the Pledge of Allegiance to the flag.</w:t>
      </w:r>
    </w:p>
    <w:p>
      <w:pPr>
        <w:spacing w:after="20"/>
        <w:numPr>
          <w:ilvl w:val="0"/>
          <w:numId w:val="29"/>
        </w:numPr>
      </w:pPr>
      <w:r>
        <w:t>Everyone gives the Cub Scout sign and recites the Scout Oath together.</w:t>
      </w:r>
    </w:p>
    <w:p>
      <w:pPr>
        <w:spacing w:after="20"/>
        <w:numPr>
          <w:ilvl w:val="0"/>
          <w:numId w:val="29"/>
        </w:numPr>
      </w:pPr>
      <w:r>
        <w:t>Recite the Scout Law together. Younger dens may say it line-by-line after the Den Chief.</w:t>
      </w:r>
    </w:p>
    <w:p>
      <w:pPr>
        <w:spacing w:after="20"/>
      </w:pPr>
      <w:r>
        <w:rPr>
          <w:b/>
        </w:rPr>
        <w:t>Activity — First Aid Action Plan</w:t>
      </w:r>
    </w:p>
    <w:p>
      <w:pPr>
        <w:spacing w:after="20"/>
        <w:numPr>
          <w:ilvl w:val="0"/>
          <w:numId w:val="30"/>
        </w:numPr>
      </w:pPr>
      <w:r>
        <w:t>Teach: check the scene, call for help, do not move the person unless unsafe, use gloves/barriers if available.</w:t>
      </w:r>
    </w:p>
    <w:p>
      <w:pPr>
        <w:spacing w:after="20"/>
        <w:numPr>
          <w:ilvl w:val="0"/>
          <w:numId w:val="30"/>
        </w:numPr>
      </w:pPr>
      <w:r>
        <w:t>Scouts run short scenarios and say exactly who they would tell and what they would do first.</w:t>
      </w:r>
    </w:p>
    <w:p>
      <w:pPr>
        <w:spacing w:after="20"/>
        <w:numPr>
          <w:ilvl w:val="0"/>
          <w:numId w:val="30"/>
        </w:numPr>
      </w:pPr>
      <w:r>
        <w:t>Emphasize staying calm and getting trained adult help fast.</w:t>
      </w:r>
    </w:p>
    <w:p>
      <w:pPr>
        <w:spacing w:after="40"/>
      </w:pPr>
      <w:r>
        <w:rPr>
          <w:i/>
          <w:sz w:val="18"/>
        </w:rPr>
        <w:t>Needs: scenario cards, disposable gloves</w:t>
      </w:r>
    </w:p>
    <w:p>
      <w:pPr>
        <w:spacing w:after="20"/>
      </w:pPr>
      <w:r>
        <w:rPr>
          <w:b/>
        </w:rPr>
        <w:t>Activity — Hurry Case Stations</w:t>
      </w:r>
    </w:p>
    <w:p>
      <w:pPr>
        <w:spacing w:after="20"/>
        <w:numPr>
          <w:ilvl w:val="0"/>
          <w:numId w:val="31"/>
        </w:numPr>
      </w:pPr>
      <w:r>
        <w:t>Rotate through stations for serious bleeding, heart attack/sudden cardiac arrest, stopped breathing, stroke, and poisoning.</w:t>
      </w:r>
    </w:p>
    <w:p>
      <w:pPr>
        <w:spacing w:after="20"/>
        <w:numPr>
          <w:ilvl w:val="0"/>
          <w:numId w:val="31"/>
        </w:numPr>
      </w:pPr>
      <w:r>
        <w:t>At each station, Scouts identify warning signs and practice the safe first response or call script.</w:t>
      </w:r>
    </w:p>
    <w:p>
      <w:pPr>
        <w:spacing w:after="20"/>
        <w:numPr>
          <w:ilvl w:val="0"/>
          <w:numId w:val="31"/>
        </w:numPr>
      </w:pPr>
      <w:r>
        <w:t>Den Chief uses EDGE, then lets Scouts coach the next pair.</w:t>
      </w:r>
    </w:p>
    <w:p>
      <w:pPr>
        <w:spacing w:after="40"/>
      </w:pPr>
      <w:r>
        <w:rPr>
          <w:i/>
          <w:sz w:val="18"/>
        </w:rPr>
        <w:t>Needs: gauze pads, roller bandages, CPR face shield trainer or picture, poison control number card, station signs</w:t>
      </w:r>
    </w:p>
    <w:p>
      <w:pPr>
        <w:spacing w:after="20"/>
      </w:pPr>
      <w:r>
        <w:rPr>
          <w:b/>
        </w:rPr>
        <w:t>Activity — Choking Response Practice</w:t>
      </w:r>
    </w:p>
    <w:p>
      <w:pPr>
        <w:spacing w:after="20"/>
        <w:numPr>
          <w:ilvl w:val="0"/>
          <w:numId w:val="32"/>
        </w:numPr>
      </w:pPr>
      <w:r>
        <w:t>Demonstrate asking 'Are you choking?' and calling for help.</w:t>
      </w:r>
    </w:p>
    <w:p>
      <w:pPr>
        <w:spacing w:after="20"/>
        <w:numPr>
          <w:ilvl w:val="0"/>
          <w:numId w:val="32"/>
        </w:numPr>
      </w:pPr>
      <w:r>
        <w:t>Use a training vest/manikin or careful air-only practice to show abdominal thrust positioning.</w:t>
      </w:r>
    </w:p>
    <w:p>
      <w:pPr>
        <w:spacing w:after="20"/>
        <w:numPr>
          <w:ilvl w:val="0"/>
          <w:numId w:val="32"/>
        </w:numPr>
      </w:pPr>
      <w:r>
        <w:t>Scouts explain when to stop and when to call 911.</w:t>
      </w:r>
    </w:p>
    <w:p>
      <w:pPr>
        <w:spacing w:after="40"/>
      </w:pPr>
      <w:r>
        <w:rPr>
          <w:i/>
          <w:sz w:val="18"/>
        </w:rPr>
        <w:t>Needs: choking trainer vest or manikin if available, diagram handout</w:t>
      </w:r>
    </w:p>
    <w:p>
      <w:pPr>
        <w:spacing w:after="20"/>
      </w:pPr>
      <w:r>
        <w:rPr>
          <w:b/>
        </w:rPr>
        <w:t>Closing — Closing Ceremony - the Living Circle</w:t>
      </w:r>
    </w:p>
    <w:p>
      <w:pPr>
        <w:spacing w:after="20"/>
        <w:numPr>
          <w:ilvl w:val="0"/>
          <w:numId w:val="33"/>
        </w:numPr>
      </w:pPr>
      <w:r>
        <w:t>Form a circle. Everyone puts their left hand toward the center, little fingers linked to the next Scout.</w:t>
      </w:r>
    </w:p>
    <w:p>
      <w:pPr>
        <w:spacing w:after="20"/>
        <w:numPr>
          <w:ilvl w:val="0"/>
          <w:numId w:val="33"/>
        </w:numPr>
      </w:pPr>
      <w:r>
        <w:t>Den Chief shares a 1-sentence thought tied to tonight (e.g., 'Tonight we practiced being Helpful.').</w:t>
      </w:r>
    </w:p>
    <w:p>
      <w:pPr>
        <w:spacing w:after="20"/>
        <w:numPr>
          <w:ilvl w:val="0"/>
          <w:numId w:val="33"/>
        </w:numPr>
      </w:pPr>
      <w:r>
        <w:t>On the Den Chief's signal, everyone raises the circle and gives a quiet 'Do Your Best!' Dismiss.</w:t>
      </w:r>
    </w:p>
    <w:p>
      <w:pPr>
        <w:spacing w:after="40"/>
      </w:pPr>
      <w:r>
        <w:rPr>
          <w:b/>
        </w:rPr>
        <w:t>Send home / follow-up:</w:t>
      </w:r>
    </w:p>
    <w:p>
      <w:pPr>
        <w:pStyle w:val="ListBullet"/>
      </w:pPr>
      <w:r>
        <w:t>Watch the Protect Yourself Rules video with parent permission if not already done.</w:t>
      </w:r>
    </w:p>
    <w:p>
      <w:pPr>
        <w:spacing w:after="120"/>
      </w:pPr>
      <w:r>
        <w:rPr>
          <w:b/>
        </w:rPr>
        <w:t xml:space="preserve">Den Chief tip: </w:t>
      </w:r>
      <w:r>
        <w:t>Keep practice serious but not scary. Do not allow rough horseplay during choking or CPR demonstrations.</w:t>
      </w:r>
    </w:p>
    <w:p>
      <w:pPr>
        <w:spacing w:before="200" w:after="80"/>
      </w:pPr>
      <w:r>
        <w:rPr>
          <w:b/>
          <w:color w:val="5B2A86"/>
          <w:sz w:val="25"/>
        </w:rPr>
        <w:t>Thu Oct 15  —  Treat, Bandage, and Build a Kit</w:t>
      </w:r>
    </w:p>
    <w:p>
      <w:pPr>
        <w:spacing w:after="40"/>
      </w:pPr>
      <w:r>
        <w:rPr>
          <w:b/>
        </w:rPr>
        <w:t xml:space="preserve">Focus: </w:t>
      </w:r>
      <w:r>
        <w:t>Practice common first-aid treatments and assemble a personal first-aid kit.</w:t>
      </w:r>
    </w:p>
    <w:p>
      <w:pPr>
        <w:spacing w:after="40"/>
      </w:pPr>
      <w:r>
        <w:rPr>
          <w:b/>
        </w:rPr>
        <w:t>Requirements completed tonight:</w:t>
      </w:r>
    </w:p>
    <w:p>
      <w:pPr>
        <w:pStyle w:val="ListBullet"/>
      </w:pPr>
      <w:r>
        <w:t>First Aid 5 (Treat shock)</w:t>
      </w:r>
    </w:p>
    <w:p>
      <w:pPr>
        <w:pStyle w:val="ListBullet"/>
      </w:pPr>
      <w:r>
        <w:t>First Aid 6 (Cuts/scratches, burns/scalds, bites/stings, nosebleeds)</w:t>
      </w:r>
    </w:p>
    <w:p>
      <w:pPr>
        <w:pStyle w:val="ListBullet"/>
      </w:pPr>
      <w:r>
        <w:t>First Aid 7 (Make and explain a personal first-aid kit)</w:t>
      </w:r>
    </w:p>
    <w:p>
      <w:pPr>
        <w:spacing w:after="40"/>
      </w:pPr>
      <w:r>
        <w:rPr>
          <w:b/>
        </w:rPr>
        <w:t>Materials to bring:</w:t>
      </w:r>
    </w:p>
    <w:p>
      <w:r>
        <w:t>adhesive bandages, gauze, medical tape, clean cloths, cold pack, blanket, zip bags or small pouches, gauze pads, antiseptic wipes, disposable gloves, emergency info cards, markers</w:t>
      </w:r>
    </w:p>
    <w:p>
      <w:pPr>
        <w:spacing w:after="20"/>
      </w:pPr>
      <w:r>
        <w:rPr>
          <w:b/>
        </w:rPr>
        <w:t>Gathering — Bandage Relay</w:t>
      </w:r>
    </w:p>
    <w:p>
      <w:pPr>
        <w:spacing w:after="20"/>
        <w:numPr>
          <w:ilvl w:val="0"/>
          <w:numId w:val="34"/>
        </w:numPr>
      </w:pPr>
      <w:r>
        <w:t>Pairs practice wrapping a pretend forearm injury with a roller bandage.</w:t>
      </w:r>
    </w:p>
    <w:p>
      <w:pPr>
        <w:spacing w:after="20"/>
        <w:numPr>
          <w:ilvl w:val="0"/>
          <w:numId w:val="34"/>
        </w:numPr>
      </w:pPr>
      <w:r>
        <w:t>Quality counts: snug, not too tight, and the patient can wiggle fingers.</w:t>
      </w:r>
    </w:p>
    <w:p>
      <w:pPr>
        <w:spacing w:after="20"/>
        <w:numPr>
          <w:ilvl w:val="0"/>
          <w:numId w:val="34"/>
        </w:numPr>
      </w:pPr>
      <w:r>
        <w:t>Den Chief checks technique before they switch roles.</w:t>
      </w:r>
    </w:p>
    <w:p>
      <w:pPr>
        <w:spacing w:after="20"/>
      </w:pPr>
      <w:r>
        <w:rPr>
          <w:b/>
        </w:rPr>
        <w:t>Opening — Opening Ceremony</w:t>
      </w:r>
    </w:p>
    <w:p>
      <w:pPr>
        <w:spacing w:after="20"/>
        <w:numPr>
          <w:ilvl w:val="0"/>
          <w:numId w:val="35"/>
        </w:numPr>
      </w:pPr>
      <w:r>
        <w:t>Form up in a horseshoe or circle. Ask a Scout to lead the Pledge of Allegiance to the flag.</w:t>
      </w:r>
    </w:p>
    <w:p>
      <w:pPr>
        <w:spacing w:after="20"/>
        <w:numPr>
          <w:ilvl w:val="0"/>
          <w:numId w:val="35"/>
        </w:numPr>
      </w:pPr>
      <w:r>
        <w:t>Everyone gives the Cub Scout sign and recites the Scout Oath together.</w:t>
      </w:r>
    </w:p>
    <w:p>
      <w:pPr>
        <w:spacing w:after="20"/>
        <w:numPr>
          <w:ilvl w:val="0"/>
          <w:numId w:val="35"/>
        </w:numPr>
      </w:pPr>
      <w:r>
        <w:t>Recite the Scout Law together. Younger dens may say it line-by-line after the Den Chief.</w:t>
      </w:r>
    </w:p>
    <w:p>
      <w:pPr>
        <w:spacing w:after="20"/>
      </w:pPr>
      <w:r>
        <w:rPr>
          <w:b/>
        </w:rPr>
        <w:t>Activity — Common Injury Skill Lab</w:t>
      </w:r>
    </w:p>
    <w:p>
      <w:pPr>
        <w:spacing w:after="20"/>
        <w:numPr>
          <w:ilvl w:val="0"/>
          <w:numId w:val="36"/>
        </w:numPr>
      </w:pPr>
      <w:r>
        <w:t>Run quick stations for cuts/scratches, burns/scalds, bites/stings, and nosebleeds.</w:t>
      </w:r>
    </w:p>
    <w:p>
      <w:pPr>
        <w:spacing w:after="20"/>
        <w:numPr>
          <w:ilvl w:val="0"/>
          <w:numId w:val="36"/>
        </w:numPr>
      </w:pPr>
      <w:r>
        <w:t>Scouts demonstrate clean, cover, cool, remove from danger, or pinch/lean-forward actions as appropriate.</w:t>
      </w:r>
    </w:p>
    <w:p>
      <w:pPr>
        <w:spacing w:after="20"/>
        <w:numPr>
          <w:ilvl w:val="0"/>
          <w:numId w:val="36"/>
        </w:numPr>
      </w:pPr>
      <w:r>
        <w:t>End with shock: lay person down, keep warm, call for help, no food or drink.</w:t>
      </w:r>
    </w:p>
    <w:p>
      <w:pPr>
        <w:spacing w:after="40"/>
      </w:pPr>
      <w:r>
        <w:rPr>
          <w:i/>
          <w:sz w:val="18"/>
        </w:rPr>
        <w:t>Needs: adhesive bandages, gauze, medical tape, clean cloths, cold pack, blanket</w:t>
      </w:r>
    </w:p>
    <w:p>
      <w:pPr>
        <w:spacing w:after="20"/>
      </w:pPr>
      <w:r>
        <w:rPr>
          <w:b/>
        </w:rPr>
        <w:t>Activity — Personal First-Aid Kit Build</w:t>
      </w:r>
    </w:p>
    <w:p>
      <w:pPr>
        <w:spacing w:after="20"/>
        <w:numPr>
          <w:ilvl w:val="0"/>
          <w:numId w:val="37"/>
        </w:numPr>
      </w:pPr>
      <w:r>
        <w:t>Each Scout builds a small kit with bandages, gauze, wipes, gloves, tape, and emergency info.</w:t>
      </w:r>
    </w:p>
    <w:p>
      <w:pPr>
        <w:spacing w:after="20"/>
        <w:numPr>
          <w:ilvl w:val="0"/>
          <w:numId w:val="37"/>
        </w:numPr>
      </w:pPr>
      <w:r>
        <w:t>Scouts label the kit and explain the proper use of each item to a partner.</w:t>
      </w:r>
    </w:p>
    <w:p>
      <w:pPr>
        <w:spacing w:after="20"/>
        <w:numPr>
          <w:ilvl w:val="0"/>
          <w:numId w:val="37"/>
        </w:numPr>
      </w:pPr>
      <w:r>
        <w:t>Patrol leader checks that every kit has the essentials.</w:t>
      </w:r>
    </w:p>
    <w:p>
      <w:pPr>
        <w:spacing w:after="40"/>
      </w:pPr>
      <w:r>
        <w:rPr>
          <w:i/>
          <w:sz w:val="18"/>
        </w:rPr>
        <w:t>Needs: zip bags or small pouches, adhesive bandages, gauze pads, antiseptic wipes, medical tape, disposable gloves, emergency info cards, markers</w:t>
      </w:r>
    </w:p>
    <w:p>
      <w:pPr>
        <w:spacing w:after="20"/>
      </w:pPr>
      <w:r>
        <w:rPr>
          <w:b/>
        </w:rPr>
        <w:t>Closing — Closing Ceremony - the Living Circle</w:t>
      </w:r>
    </w:p>
    <w:p>
      <w:pPr>
        <w:spacing w:after="20"/>
        <w:numPr>
          <w:ilvl w:val="0"/>
          <w:numId w:val="38"/>
        </w:numPr>
      </w:pPr>
      <w:r>
        <w:t>Form a circle. Everyone puts their left hand toward the center, little fingers linked to the next Scout.</w:t>
      </w:r>
    </w:p>
    <w:p>
      <w:pPr>
        <w:spacing w:after="20"/>
        <w:numPr>
          <w:ilvl w:val="0"/>
          <w:numId w:val="38"/>
        </w:numPr>
      </w:pPr>
      <w:r>
        <w:t>Den Chief shares a 1-sentence thought tied to tonight (e.g., 'Tonight we practiced being Helpful.').</w:t>
      </w:r>
    </w:p>
    <w:p>
      <w:pPr>
        <w:spacing w:after="20"/>
        <w:numPr>
          <w:ilvl w:val="0"/>
          <w:numId w:val="38"/>
        </w:numPr>
      </w:pPr>
      <w:r>
        <w:t>On the Den Chief's signal, everyone raises the circle and gives a quiet 'Do Your Best!' Dismiss.</w:t>
      </w:r>
    </w:p>
    <w:p>
      <w:pPr>
        <w:spacing w:after="40"/>
      </w:pPr>
      <w:r>
        <w:rPr>
          <w:b/>
        </w:rPr>
        <w:t>Send home / follow-up:</w:t>
      </w:r>
    </w:p>
    <w:p>
      <w:pPr>
        <w:pStyle w:val="ListBullet"/>
      </w:pPr>
      <w:r>
        <w:t>Put the first-aid kit in your day pack and show a parent how each item is used.</w:t>
      </w:r>
    </w:p>
    <w:p>
      <w:pPr>
        <w:spacing w:after="120"/>
      </w:pPr>
      <w:r>
        <w:rPr>
          <w:b/>
        </w:rPr>
        <w:t xml:space="preserve">Den Chief tip: </w:t>
      </w:r>
      <w:r>
        <w:t>Invite a troop first-aid instructor or nurse if available, but keep Scouts doing the skills, not just watching.</w:t>
      </w:r>
    </w:p>
    <w:p>
      <w:pPr>
        <w:spacing w:after="160"/>
      </w:pPr>
      <w:r>
        <w:rPr>
          <w:b/>
        </w:rPr>
        <w:t xml:space="preserve">Flex week idea: </w:t>
      </w:r>
      <w:r>
        <w:t>Oct 22 (Gold Rush weekend): optional make-up first-aid kit build or a short first-aid scenario challenge.</w:t>
      </w:r>
    </w:p>
    <w:p>
      <w:pPr>
        <w:spacing w:before="280" w:after="80"/>
      </w:pPr>
      <w:r>
        <w:rPr>
          <w:b/>
          <w:color w:val="5B2A86"/>
          <w:sz w:val="28"/>
        </w:rPr>
        <w:t>November 2026: Outdoor Adventurer</w:t>
      </w:r>
    </w:p>
    <w:p>
      <w:r>
        <w:rPr>
          <w:i/>
        </w:rPr>
        <w:t>Moved EARLY to the AOL Adventure Weekend campout (Nov 20-22, 2026) so the required overnight is done well before crossover. The two den nights are prep; the campout itself completes the outing requirements.</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r>
        <w:rPr>
          <w:b/>
        </w:rPr>
        <w:t>Family / at-home requirements this month:</w:t>
      </w:r>
    </w:p>
    <w:p>
      <w:pPr>
        <w:pStyle w:val="ListBullet"/>
      </w:pPr>
      <w:r>
        <w:t>Outdoor Adventurer req 5-8: Participate in the AOL Adventure Weekend campout (Nov 20-22). Help set up patrol gear before your own tent, keep the kitchen sanitary, and join the Sunday-morning patrol debrief (what went well / what to change, Outdoor Code, Leave No Trace).</w:t>
      </w:r>
    </w:p>
    <w:p>
      <w:pPr>
        <w:pStyle w:val="ListBullet"/>
      </w:pPr>
      <w:r>
        <w:t>If you cannot attend Nov 20-22, arrange a make-up overnight with your patrol, pack, family, or new troop before crossover.</w:t>
      </w:r>
    </w:p>
    <w:p>
      <w:pPr>
        <w:spacing w:before="200" w:after="80"/>
      </w:pPr>
      <w:r>
        <w:rPr>
          <w:b/>
          <w:color w:val="5B2A86"/>
          <w:sz w:val="25"/>
        </w:rPr>
        <w:t>Thu Nov 5  —  Campout Prep and Patrol Plan</w:t>
      </w:r>
    </w:p>
    <w:p>
      <w:pPr>
        <w:spacing w:after="40"/>
      </w:pPr>
      <w:r>
        <w:rPr>
          <w:b/>
        </w:rPr>
        <w:t xml:space="preserve">Focus: </w:t>
      </w:r>
      <w:r>
        <w:t>Get ready for the Nov 20-22 campout: essentials, overnight gear, SAFE checklist, and map.</w:t>
      </w:r>
    </w:p>
    <w:p>
      <w:pPr>
        <w:spacing w:after="40"/>
      </w:pPr>
      <w:r>
        <w:rPr>
          <w:b/>
        </w:rPr>
        <w:t>Requirements completed tonight:</w:t>
      </w:r>
    </w:p>
    <w:p>
      <w:pPr>
        <w:pStyle w:val="ListBullet"/>
      </w:pPr>
      <w:r>
        <w:t>Outdoor Adventurer 1 (Scout Basic Essentials)</w:t>
      </w:r>
    </w:p>
    <w:p>
      <w:pPr>
        <w:pStyle w:val="ListBullet"/>
      </w:pPr>
      <w:r>
        <w:t>Outdoor Adventurer 2 (What to bring and how to carry it)</w:t>
      </w:r>
    </w:p>
    <w:p>
      <w:pPr>
        <w:pStyle w:val="ListBullet"/>
      </w:pPr>
      <w:r>
        <w:t>Outdoor Adventurer 3 (BSA SAFE Checklist)</w:t>
      </w:r>
    </w:p>
    <w:p>
      <w:pPr>
        <w:pStyle w:val="ListBullet"/>
      </w:pPr>
      <w:r>
        <w:t>Outdoor Adventurer 4 (Locate camp and campsite on a map)</w:t>
      </w:r>
    </w:p>
    <w:p>
      <w:pPr>
        <w:spacing w:after="40"/>
      </w:pPr>
      <w:r>
        <w:rPr>
          <w:b/>
        </w:rPr>
        <w:t>Materials to bring:</w:t>
      </w:r>
    </w:p>
    <w:p>
      <w:r>
        <w:t>packing checklist, pencils, sample gear, BSA SAFE Checklist, chart paper, markers, camp map, printed site map or blank paper</w:t>
      </w:r>
    </w:p>
    <w:p>
      <w:pPr>
        <w:spacing w:after="20"/>
      </w:pPr>
      <w:r>
        <w:rPr>
          <w:b/>
        </w:rPr>
        <w:t>Gathering — Pack Shakedown</w:t>
      </w:r>
    </w:p>
    <w:p>
      <w:pPr>
        <w:spacing w:after="20"/>
        <w:numPr>
          <w:ilvl w:val="0"/>
          <w:numId w:val="39"/>
        </w:numPr>
      </w:pPr>
      <w:r>
        <w:t>Lay out real gear plus a few silly extras.</w:t>
      </w:r>
    </w:p>
    <w:p>
      <w:pPr>
        <w:spacing w:after="20"/>
        <w:numPr>
          <w:ilvl w:val="0"/>
          <w:numId w:val="39"/>
        </w:numPr>
      </w:pPr>
      <w:r>
        <w:t>Scouts sort what belongs in a day pack, overnight bag, patrol gear, or leave at home.</w:t>
      </w:r>
    </w:p>
    <w:p>
      <w:pPr>
        <w:spacing w:after="20"/>
        <w:numPr>
          <w:ilvl w:val="0"/>
          <w:numId w:val="39"/>
        </w:numPr>
      </w:pPr>
      <w:r>
        <w:t>Patrol leader asks each Scout to explain one choice.</w:t>
      </w:r>
    </w:p>
    <w:p>
      <w:pPr>
        <w:spacing w:after="20"/>
      </w:pPr>
      <w:r>
        <w:rPr>
          <w:b/>
        </w:rPr>
        <w:t>Opening — Opening Ceremony</w:t>
      </w:r>
    </w:p>
    <w:p>
      <w:pPr>
        <w:spacing w:after="20"/>
        <w:numPr>
          <w:ilvl w:val="0"/>
          <w:numId w:val="40"/>
        </w:numPr>
      </w:pPr>
      <w:r>
        <w:t>Form up in a horseshoe or circle. Ask a Scout to lead the Pledge of Allegiance to the flag.</w:t>
      </w:r>
    </w:p>
    <w:p>
      <w:pPr>
        <w:spacing w:after="20"/>
        <w:numPr>
          <w:ilvl w:val="0"/>
          <w:numId w:val="40"/>
        </w:numPr>
      </w:pPr>
      <w:r>
        <w:t>Everyone gives the Cub Scout sign and recites the Scout Oath together.</w:t>
      </w:r>
    </w:p>
    <w:p>
      <w:pPr>
        <w:spacing w:after="20"/>
        <w:numPr>
          <w:ilvl w:val="0"/>
          <w:numId w:val="40"/>
        </w:numPr>
      </w:pPr>
      <w:r>
        <w:t>Recite the Scout Law together. Younger dens may say it line-by-line after the Den Chief.</w:t>
      </w:r>
    </w:p>
    <w:p>
      <w:pPr>
        <w:spacing w:after="20"/>
      </w:pPr>
      <w:r>
        <w:rPr>
          <w:b/>
        </w:rPr>
        <w:t>Activity — Essentials and Overnight Gear</w:t>
      </w:r>
    </w:p>
    <w:p>
      <w:pPr>
        <w:spacing w:after="20"/>
        <w:numPr>
          <w:ilvl w:val="0"/>
          <w:numId w:val="41"/>
        </w:numPr>
      </w:pPr>
      <w:r>
        <w:t>Review the Scout Basic Essentials and why each matters on a campout.</w:t>
      </w:r>
    </w:p>
    <w:p>
      <w:pPr>
        <w:spacing w:after="20"/>
        <w:numPr>
          <w:ilvl w:val="0"/>
          <w:numId w:val="41"/>
        </w:numPr>
      </w:pPr>
      <w:r>
        <w:t>Scouts build a personal packing list including tent/sleeping gear and how they will carry it.</w:t>
      </w:r>
    </w:p>
    <w:p>
      <w:pPr>
        <w:spacing w:after="20"/>
        <w:numPr>
          <w:ilvl w:val="0"/>
          <w:numId w:val="41"/>
        </w:numPr>
      </w:pPr>
      <w:r>
        <w:t>Discuss what is personal gear versus patrol gear.</w:t>
      </w:r>
    </w:p>
    <w:p>
      <w:pPr>
        <w:spacing w:after="40"/>
      </w:pPr>
      <w:r>
        <w:rPr>
          <w:i/>
          <w:sz w:val="18"/>
        </w:rPr>
        <w:t>Needs: packing checklist, pencils, sample gear</w:t>
      </w:r>
    </w:p>
    <w:p>
      <w:pPr>
        <w:spacing w:after="20"/>
      </w:pPr>
      <w:r>
        <w:rPr>
          <w:b/>
        </w:rPr>
        <w:t>Activity — SAFE Campout Plan</w:t>
      </w:r>
    </w:p>
    <w:p>
      <w:pPr>
        <w:spacing w:after="20"/>
        <w:numPr>
          <w:ilvl w:val="0"/>
          <w:numId w:val="42"/>
        </w:numPr>
      </w:pPr>
      <w:r>
        <w:t>Review the four points of the BSA SAFE Checklist and apply each to the Nov 20-22 AOL Adventure Weekend.</w:t>
      </w:r>
    </w:p>
    <w:p>
      <w:pPr>
        <w:spacing w:after="20"/>
        <w:numPr>
          <w:ilvl w:val="0"/>
          <w:numId w:val="42"/>
        </w:numPr>
      </w:pPr>
      <w:r>
        <w:t>Identify weather (cold-weather layers!), buddy system, adult supervision, medical forms, cooking, and fire boundaries.</w:t>
      </w:r>
    </w:p>
    <w:p>
      <w:pPr>
        <w:spacing w:after="20"/>
        <w:numPr>
          <w:ilvl w:val="0"/>
          <w:numId w:val="42"/>
        </w:numPr>
      </w:pPr>
      <w:r>
        <w:t>Patrol leader records questions to ask the campout coordinator.</w:t>
      </w:r>
    </w:p>
    <w:p>
      <w:pPr>
        <w:spacing w:after="40"/>
      </w:pPr>
      <w:r>
        <w:rPr>
          <w:i/>
          <w:sz w:val="18"/>
        </w:rPr>
        <w:t>Needs: BSA SAFE Checklist, chart paper, markers</w:t>
      </w:r>
    </w:p>
    <w:p>
      <w:pPr>
        <w:spacing w:after="20"/>
      </w:pPr>
      <w:r>
        <w:rPr>
          <w:b/>
        </w:rPr>
        <w:t>Activity — Map and Campsite Layout</w:t>
      </w:r>
    </w:p>
    <w:p>
      <w:pPr>
        <w:spacing w:after="20"/>
        <w:numPr>
          <w:ilvl w:val="0"/>
          <w:numId w:val="43"/>
        </w:numPr>
      </w:pPr>
      <w:r>
        <w:t>Locate the camp and campsite on a map or printed camp map.</w:t>
      </w:r>
    </w:p>
    <w:p>
      <w:pPr>
        <w:spacing w:after="20"/>
        <w:numPr>
          <w:ilvl w:val="0"/>
          <w:numId w:val="43"/>
        </w:numPr>
      </w:pPr>
      <w:r>
        <w:t>Sketch where kitchen, eating area, tents, firepit, handwash, and trash should go.</w:t>
      </w:r>
    </w:p>
    <w:p>
      <w:pPr>
        <w:spacing w:after="20"/>
        <w:numPr>
          <w:ilvl w:val="0"/>
          <w:numId w:val="43"/>
        </w:numPr>
      </w:pPr>
      <w:r>
        <w:t>Agree that patrol gear setup comes before personal tents on arrival.</w:t>
      </w:r>
    </w:p>
    <w:p>
      <w:pPr>
        <w:spacing w:after="40"/>
      </w:pPr>
      <w:r>
        <w:rPr>
          <w:i/>
          <w:sz w:val="18"/>
        </w:rPr>
        <w:t>Needs: camp map, printed site map or blank paper, markers</w:t>
      </w:r>
    </w:p>
    <w:p>
      <w:pPr>
        <w:spacing w:after="20"/>
      </w:pPr>
      <w:r>
        <w:rPr>
          <w:b/>
        </w:rPr>
        <w:t>Closing — Closing Ceremony - the Living Circle</w:t>
      </w:r>
    </w:p>
    <w:p>
      <w:pPr>
        <w:spacing w:after="20"/>
        <w:numPr>
          <w:ilvl w:val="0"/>
          <w:numId w:val="44"/>
        </w:numPr>
      </w:pPr>
      <w:r>
        <w:t>Form a circle. Everyone puts their left hand toward the center, little fingers linked to the next Scout.</w:t>
      </w:r>
    </w:p>
    <w:p>
      <w:pPr>
        <w:spacing w:after="20"/>
        <w:numPr>
          <w:ilvl w:val="0"/>
          <w:numId w:val="44"/>
        </w:numPr>
      </w:pPr>
      <w:r>
        <w:t>Den Chief shares a 1-sentence thought tied to tonight (e.g., 'Tonight we practiced being Helpful.').</w:t>
      </w:r>
    </w:p>
    <w:p>
      <w:pPr>
        <w:spacing w:after="20"/>
        <w:numPr>
          <w:ilvl w:val="0"/>
          <w:numId w:val="44"/>
        </w:numPr>
      </w:pPr>
      <w:r>
        <w:t>On the Den Chief's signal, everyone raises the circle and gives a quiet 'Do Your Best!' Dismiss.</w:t>
      </w:r>
    </w:p>
    <w:p>
      <w:pPr>
        <w:spacing w:after="40"/>
      </w:pPr>
      <w:r>
        <w:rPr>
          <w:b/>
        </w:rPr>
        <w:t>Send home / follow-up:</w:t>
      </w:r>
    </w:p>
    <w:p>
      <w:pPr>
        <w:pStyle w:val="ListBullet"/>
      </w:pPr>
      <w:r>
        <w:t>Start gathering cold-weather layers and sleeping gear for Nov 20-22.</w:t>
      </w:r>
    </w:p>
    <w:p>
      <w:pPr>
        <w:pStyle w:val="ListBullet"/>
      </w:pPr>
      <w:r>
        <w:t>Turn in any required medical forms/permission for the campout.</w:t>
      </w:r>
    </w:p>
    <w:p>
      <w:pPr>
        <w:spacing w:after="120"/>
      </w:pPr>
      <w:r>
        <w:rPr>
          <w:b/>
        </w:rPr>
        <w:t xml:space="preserve">Den Chief tip: </w:t>
      </w:r>
      <w:r>
        <w:t>November nights are cold - hammer on warm layers, dry socks, and a sleeping bag rated for the weather. Confirm every Scout has a ride to the campout.</w:t>
      </w:r>
    </w:p>
    <w:p>
      <w:pPr>
        <w:spacing w:before="200" w:after="80"/>
      </w:pPr>
      <w:r>
        <w:rPr>
          <w:b/>
          <w:color w:val="5B2A86"/>
          <w:sz w:val="25"/>
        </w:rPr>
        <w:t>Thu Nov 19  —  Final Prep: Camp Kitchen &amp; Setup Skills</w:t>
      </w:r>
    </w:p>
    <w:p>
      <w:pPr>
        <w:spacing w:after="40"/>
      </w:pPr>
      <w:r>
        <w:rPr>
          <w:b/>
        </w:rPr>
        <w:t xml:space="preserve">Focus: </w:t>
      </w:r>
      <w:r>
        <w:t>Last den night before the campout: practice campsite setup, patrol gear, and kitchen sanitation so you can demonstrate them on Nov 20-22.</w:t>
      </w:r>
    </w:p>
    <w:p>
      <w:pPr>
        <w:spacing w:after="40"/>
      </w:pPr>
      <w:r>
        <w:rPr>
          <w:b/>
        </w:rPr>
        <w:t>Requirements completed tonight:</w:t>
      </w:r>
    </w:p>
    <w:p>
      <w:pPr>
        <w:pStyle w:val="ListBullet"/>
      </w:pPr>
      <w:r>
        <w:t>Outdoor Adventurer 6 prep (Campsite setup and patrol-gear-first plan - demonstrated at the campout)</w:t>
      </w:r>
    </w:p>
    <w:p>
      <w:pPr>
        <w:pStyle w:val="ListBullet"/>
      </w:pPr>
      <w:r>
        <w:t>Outdoor Adventurer 7 prep (Food safety and kitchen sanitation - demonstrated at the campout)</w:t>
      </w:r>
    </w:p>
    <w:p>
      <w:pPr>
        <w:spacing w:after="40"/>
      </w:pPr>
      <w:r>
        <w:rPr>
          <w:b/>
        </w:rPr>
        <w:t>Materials to bring:</w:t>
      </w:r>
    </w:p>
    <w:p>
      <w:r>
        <w:t>a tent or two, ground cloth, cones or rope to mark areas, 3 wash bins, biodegradable soap, sanitizer, dish towels, food storage bins</w:t>
      </w:r>
    </w:p>
    <w:p>
      <w:pPr>
        <w:spacing w:after="20"/>
      </w:pPr>
      <w:r>
        <w:rPr>
          <w:b/>
        </w:rPr>
        <w:t>Gathering — Job Draft</w:t>
      </w:r>
    </w:p>
    <w:p>
      <w:pPr>
        <w:spacing w:after="20"/>
        <w:numPr>
          <w:ilvl w:val="0"/>
          <w:numId w:val="45"/>
        </w:numPr>
      </w:pPr>
      <w:r>
        <w:t>Patrol leader posts campout jobs: gearmaster, grubmaster, cook, water/sanitation, cleanup, fire helper.</w:t>
      </w:r>
    </w:p>
    <w:p>
      <w:pPr>
        <w:spacing w:after="20"/>
        <w:numPr>
          <w:ilvl w:val="0"/>
          <w:numId w:val="45"/>
        </w:numPr>
      </w:pPr>
      <w:r>
        <w:t>Scouts sign up for a job and a backup.</w:t>
      </w:r>
    </w:p>
    <w:p>
      <w:pPr>
        <w:spacing w:after="20"/>
        <w:numPr>
          <w:ilvl w:val="0"/>
          <w:numId w:val="45"/>
        </w:numPr>
      </w:pPr>
      <w:r>
        <w:t>Den Chief reviews what each job does on arrival day.</w:t>
      </w:r>
    </w:p>
    <w:p>
      <w:pPr>
        <w:spacing w:after="20"/>
      </w:pPr>
      <w:r>
        <w:rPr>
          <w:b/>
        </w:rPr>
        <w:t>Opening — Opening Ceremony</w:t>
      </w:r>
    </w:p>
    <w:p>
      <w:pPr>
        <w:spacing w:after="20"/>
        <w:numPr>
          <w:ilvl w:val="0"/>
          <w:numId w:val="46"/>
        </w:numPr>
      </w:pPr>
      <w:r>
        <w:t>Form up in a horseshoe or circle. Ask a Scout to lead the Pledge of Allegiance to the flag.</w:t>
      </w:r>
    </w:p>
    <w:p>
      <w:pPr>
        <w:spacing w:after="20"/>
        <w:numPr>
          <w:ilvl w:val="0"/>
          <w:numId w:val="46"/>
        </w:numPr>
      </w:pPr>
      <w:r>
        <w:t>Everyone gives the Cub Scout sign and recites the Scout Oath together.</w:t>
      </w:r>
    </w:p>
    <w:p>
      <w:pPr>
        <w:spacing w:after="20"/>
        <w:numPr>
          <w:ilvl w:val="0"/>
          <w:numId w:val="46"/>
        </w:numPr>
      </w:pPr>
      <w:r>
        <w:t>Recite the Scout Law together. Younger dens may say it line-by-line after the Den Chief.</w:t>
      </w:r>
    </w:p>
    <w:p>
      <w:pPr>
        <w:spacing w:after="20"/>
      </w:pPr>
      <w:r>
        <w:rPr>
          <w:b/>
        </w:rPr>
        <w:t>Activity — Set-Up Rehearsal</w:t>
      </w:r>
    </w:p>
    <w:p>
      <w:pPr>
        <w:spacing w:after="20"/>
        <w:numPr>
          <w:ilvl w:val="0"/>
          <w:numId w:val="47"/>
        </w:numPr>
      </w:pPr>
      <w:r>
        <w:t>Practice pitching a tent and laying out a patrol campsite in the meeting space or outside.</w:t>
      </w:r>
    </w:p>
    <w:p>
      <w:pPr>
        <w:spacing w:after="20"/>
        <w:numPr>
          <w:ilvl w:val="0"/>
          <w:numId w:val="47"/>
        </w:numPr>
      </w:pPr>
      <w:r>
        <w:t>Rehearse the rule: patrol gear (kitchen, dining fly, water) goes up before personal tents.</w:t>
      </w:r>
    </w:p>
    <w:p>
      <w:pPr>
        <w:spacing w:after="20"/>
        <w:numPr>
          <w:ilvl w:val="0"/>
          <w:numId w:val="47"/>
        </w:numPr>
      </w:pPr>
      <w:r>
        <w:t>Walk the arrival sequence the patrol will follow at camp.</w:t>
      </w:r>
    </w:p>
    <w:p>
      <w:pPr>
        <w:spacing w:after="40"/>
      </w:pPr>
      <w:r>
        <w:rPr>
          <w:i/>
          <w:sz w:val="18"/>
        </w:rPr>
        <w:t>Needs: a tent or two, ground cloth, cones or rope to mark areas</w:t>
      </w:r>
    </w:p>
    <w:p>
      <w:pPr>
        <w:spacing w:after="20"/>
      </w:pPr>
      <w:r>
        <w:rPr>
          <w:b/>
        </w:rPr>
        <w:t>Activity — Camp Kitchen Sanitation</w:t>
      </w:r>
    </w:p>
    <w:p>
      <w:pPr>
        <w:spacing w:after="20"/>
        <w:numPr>
          <w:ilvl w:val="0"/>
          <w:numId w:val="48"/>
        </w:numPr>
      </w:pPr>
      <w:r>
        <w:t>Teach the 3-pot wash line (wash, rinse, sanitize) and safe food storage.</w:t>
      </w:r>
    </w:p>
    <w:p>
      <w:pPr>
        <w:spacing w:after="20"/>
        <w:numPr>
          <w:ilvl w:val="0"/>
          <w:numId w:val="48"/>
        </w:numPr>
      </w:pPr>
      <w:r>
        <w:t>Scouts practice handwashing timing, keeping raw/ready foods separate, and trash/critter control.</w:t>
      </w:r>
    </w:p>
    <w:p>
      <w:pPr>
        <w:spacing w:after="20"/>
        <w:numPr>
          <w:ilvl w:val="0"/>
          <w:numId w:val="48"/>
        </w:numPr>
      </w:pPr>
      <w:r>
        <w:t>Each Scout states one thing they will do to keep the kitchen safe at camp.</w:t>
      </w:r>
    </w:p>
    <w:p>
      <w:pPr>
        <w:spacing w:after="40"/>
      </w:pPr>
      <w:r>
        <w:rPr>
          <w:i/>
          <w:sz w:val="18"/>
        </w:rPr>
        <w:t>Needs: 3 wash bins, biodegradable soap, sanitizer, dish towels, food storage bins</w:t>
      </w:r>
    </w:p>
    <w:p>
      <w:pPr>
        <w:spacing w:after="20"/>
      </w:pPr>
      <w:r>
        <w:rPr>
          <w:b/>
        </w:rPr>
        <w:t>Closing — Closing Ceremony - the Living Circle</w:t>
      </w:r>
    </w:p>
    <w:p>
      <w:pPr>
        <w:spacing w:after="20"/>
        <w:numPr>
          <w:ilvl w:val="0"/>
          <w:numId w:val="49"/>
        </w:numPr>
      </w:pPr>
      <w:r>
        <w:t>Form a circle. Everyone puts their left hand toward the center, little fingers linked to the next Scout.</w:t>
      </w:r>
    </w:p>
    <w:p>
      <w:pPr>
        <w:spacing w:after="20"/>
        <w:numPr>
          <w:ilvl w:val="0"/>
          <w:numId w:val="49"/>
        </w:numPr>
      </w:pPr>
      <w:r>
        <w:t>Den Chief shares a 1-sentence thought tied to tonight (e.g., 'Tonight we practiced being Helpful.').</w:t>
      </w:r>
    </w:p>
    <w:p>
      <w:pPr>
        <w:spacing w:after="20"/>
        <w:numPr>
          <w:ilvl w:val="0"/>
          <w:numId w:val="49"/>
        </w:numPr>
      </w:pPr>
      <w:r>
        <w:t>On the Den Chief's signal, everyone raises the circle and gives a quiet 'Do Your Best!' Dismiss.</w:t>
      </w:r>
    </w:p>
    <w:p>
      <w:pPr>
        <w:spacing w:after="40"/>
      </w:pPr>
      <w:r>
        <w:rPr>
          <w:b/>
        </w:rPr>
        <w:t>Send home / follow-up:</w:t>
      </w:r>
    </w:p>
    <w:p>
      <w:pPr>
        <w:pStyle w:val="ListBullet"/>
      </w:pPr>
      <w:r>
        <w:t>Finish packing for Nov 20-22 using your checklist.</w:t>
      </w:r>
    </w:p>
    <w:p>
      <w:pPr>
        <w:pStyle w:val="ListBullet"/>
      </w:pPr>
      <w:r>
        <w:t>At the campout: set patrol gear first, keep the kitchen sanitary, and join the Sunday-morning debrief to finish the adventure.</w:t>
      </w:r>
    </w:p>
    <w:p>
      <w:pPr>
        <w:spacing w:after="120"/>
      </w:pPr>
      <w:r>
        <w:rPr>
          <w:b/>
        </w:rPr>
        <w:t xml:space="preserve">Den Chief tip: </w:t>
      </w:r>
      <w:r>
        <w:t>Reqs 5-8 are completed AT the campout. Ask an adult to run a 10-minute Sunday debrief (went well / change next time, Outdoor Code, Leave No Trace) so the adventure is signed off on-site.</w:t>
      </w:r>
    </w:p>
    <w:p>
      <w:pPr>
        <w:spacing w:after="160"/>
      </w:pPr>
      <w:r>
        <w:rPr>
          <w:b/>
        </w:rPr>
        <w:t xml:space="preserve">Flex week idea: </w:t>
      </w:r>
      <w:r>
        <w:t>Nov 12 (Roundtable): campout gear swap, tent-pitching race, or cold-weather layering demo before the Nov 20-22 weekend.</w:t>
      </w:r>
    </w:p>
    <w:p>
      <w:pPr>
        <w:spacing w:before="280" w:after="80"/>
      </w:pPr>
      <w:r>
        <w:rPr>
          <w:b/>
          <w:color w:val="5B2A86"/>
          <w:sz w:val="28"/>
        </w:rPr>
        <w:t>January 2027: Personal Fitness</w:t>
      </w:r>
    </w:p>
    <w:p>
      <w:r>
        <w:rPr>
          <w:i/>
        </w:rPr>
        <w:t>Connect fitness to camping and everyday health: plan and cook a balanced meal with camp gear, track activity, and move as a patrol.</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r>
        <w:rPr>
          <w:b/>
        </w:rPr>
        <w:t>Family / at-home requirements this month:</w:t>
      </w:r>
    </w:p>
    <w:p>
      <w:pPr>
        <w:pStyle w:val="ListBullet"/>
      </w:pPr>
      <w:r>
        <w:t>Personal Fitness req 2: Track the times you are active for 30+ minutes over a 14-day period; be ready to share whether you are living up to being physically fit.</w:t>
      </w:r>
    </w:p>
    <w:p>
      <w:pPr>
        <w:pStyle w:val="ListBullet"/>
      </w:pPr>
      <w:r>
        <w:t>Personal Fitness req 4: Review your BSA Annual Health and Medical Record with a parent/guardian at home.</w:t>
      </w:r>
    </w:p>
    <w:p>
      <w:pPr>
        <w:spacing w:before="200" w:after="80"/>
      </w:pPr>
      <w:r>
        <w:rPr>
          <w:b/>
          <w:color w:val="5B2A86"/>
          <w:sz w:val="25"/>
        </w:rPr>
        <w:t>Thu Jan 7  —  Camp Meal Plan and Cook</w:t>
      </w:r>
    </w:p>
    <w:p>
      <w:pPr>
        <w:spacing w:after="40"/>
      </w:pPr>
      <w:r>
        <w:rPr>
          <w:b/>
        </w:rPr>
        <w:t xml:space="preserve">Focus: </w:t>
      </w:r>
      <w:r>
        <w:t>Plan a balanced camping meal and prepare it using camp gear.</w:t>
      </w:r>
    </w:p>
    <w:p>
      <w:pPr>
        <w:spacing w:after="40"/>
      </w:pPr>
      <w:r>
        <w:rPr>
          <w:b/>
        </w:rPr>
        <w:t>Requirements completed tonight:</w:t>
      </w:r>
    </w:p>
    <w:p>
      <w:pPr>
        <w:pStyle w:val="ListBullet"/>
      </w:pPr>
      <w:r>
        <w:t>Personal Fitness 1 (Plan a balanced meal for camping; prepare it using camp gear)</w:t>
      </w:r>
    </w:p>
    <w:p>
      <w:pPr>
        <w:spacing w:after="40"/>
      </w:pPr>
      <w:r>
        <w:rPr>
          <w:b/>
        </w:rPr>
        <w:t>Materials to bring:</w:t>
      </w:r>
    </w:p>
    <w:p>
      <w:r>
        <w:t>menu planning sheets, pencils, sample camp gear list, camp stove or backpacking stove, fuel handled by adults, cook pot or skillet, utensils, wash station, meal ingredients</w:t>
      </w:r>
    </w:p>
    <w:p>
      <w:pPr>
        <w:spacing w:after="20"/>
      </w:pPr>
      <w:r>
        <w:rPr>
          <w:b/>
        </w:rPr>
        <w:t>Gathering — Camp Menu Sort</w:t>
      </w:r>
    </w:p>
    <w:p>
      <w:pPr>
        <w:spacing w:after="20"/>
        <w:numPr>
          <w:ilvl w:val="0"/>
          <w:numId w:val="50"/>
        </w:numPr>
      </w:pPr>
      <w:r>
        <w:t>Scouts sort food cards into protein, grain, fruit/vegetable, dairy, and treats.</w:t>
      </w:r>
    </w:p>
    <w:p>
      <w:pPr>
        <w:spacing w:after="20"/>
        <w:numPr>
          <w:ilvl w:val="0"/>
          <w:numId w:val="50"/>
        </w:numPr>
      </w:pPr>
      <w:r>
        <w:t>Patrol leader challenges them to build one balanced camp dinner from the cards.</w:t>
      </w:r>
    </w:p>
    <w:p>
      <w:pPr>
        <w:spacing w:after="20"/>
        <w:numPr>
          <w:ilvl w:val="0"/>
          <w:numId w:val="50"/>
        </w:numPr>
      </w:pPr>
      <w:r>
        <w:t>Discuss what packs well and what needs a cooler.</w:t>
      </w:r>
    </w:p>
    <w:p>
      <w:pPr>
        <w:spacing w:after="20"/>
      </w:pPr>
      <w:r>
        <w:rPr>
          <w:b/>
        </w:rPr>
        <w:t>Opening — Opening Ceremony</w:t>
      </w:r>
    </w:p>
    <w:p>
      <w:pPr>
        <w:spacing w:after="20"/>
        <w:numPr>
          <w:ilvl w:val="0"/>
          <w:numId w:val="51"/>
        </w:numPr>
      </w:pPr>
      <w:r>
        <w:t>Form up in a horseshoe or circle. Ask a Scout to lead the Pledge of Allegiance to the flag.</w:t>
      </w:r>
    </w:p>
    <w:p>
      <w:pPr>
        <w:spacing w:after="20"/>
        <w:numPr>
          <w:ilvl w:val="0"/>
          <w:numId w:val="51"/>
        </w:numPr>
      </w:pPr>
      <w:r>
        <w:t>Everyone gives the Cub Scout sign and recites the Scout Oath together.</w:t>
      </w:r>
    </w:p>
    <w:p>
      <w:pPr>
        <w:spacing w:after="20"/>
        <w:numPr>
          <w:ilvl w:val="0"/>
          <w:numId w:val="51"/>
        </w:numPr>
      </w:pPr>
      <w:r>
        <w:t>Recite the Scout Law together. Younger dens may say it line-by-line after the Den Chief.</w:t>
      </w:r>
    </w:p>
    <w:p>
      <w:pPr>
        <w:spacing w:after="20"/>
      </w:pPr>
      <w:r>
        <w:rPr>
          <w:b/>
        </w:rPr>
        <w:t>Activity — Patrol Meal Planning</w:t>
      </w:r>
    </w:p>
    <w:p>
      <w:pPr>
        <w:spacing w:after="20"/>
        <w:numPr>
          <w:ilvl w:val="0"/>
          <w:numId w:val="52"/>
        </w:numPr>
      </w:pPr>
      <w:r>
        <w:t>In patrol teams, choose a realistic camp meal with protein, grain, fruit/vegetable, and drink.</w:t>
      </w:r>
    </w:p>
    <w:p>
      <w:pPr>
        <w:spacing w:after="20"/>
        <w:numPr>
          <w:ilvl w:val="0"/>
          <w:numId w:val="52"/>
        </w:numPr>
      </w:pPr>
      <w:r>
        <w:t>Make a gear list, food list, and sanitation plan.</w:t>
      </w:r>
    </w:p>
    <w:p>
      <w:pPr>
        <w:spacing w:after="20"/>
        <w:numPr>
          <w:ilvl w:val="0"/>
          <w:numId w:val="52"/>
        </w:numPr>
      </w:pPr>
      <w:r>
        <w:t>Patrol leader assigns cook, cleanup, safety, and timekeeper jobs.</w:t>
      </w:r>
    </w:p>
    <w:p>
      <w:pPr>
        <w:spacing w:after="40"/>
      </w:pPr>
      <w:r>
        <w:rPr>
          <w:i/>
          <w:sz w:val="18"/>
        </w:rPr>
        <w:t>Needs: menu planning sheets, pencils, sample camp gear list</w:t>
      </w:r>
    </w:p>
    <w:p>
      <w:pPr>
        <w:spacing w:after="20"/>
      </w:pPr>
      <w:r>
        <w:rPr>
          <w:b/>
        </w:rPr>
        <w:t>Activity — Cook with Camp Gear</w:t>
      </w:r>
    </w:p>
    <w:p>
      <w:pPr>
        <w:spacing w:after="20"/>
        <w:numPr>
          <w:ilvl w:val="0"/>
          <w:numId w:val="53"/>
        </w:numPr>
      </w:pPr>
      <w:r>
        <w:t>Prepare a simple balanced meal or trail-cooking sample using camp gear under adult stove supervision.</w:t>
      </w:r>
    </w:p>
    <w:p>
      <w:pPr>
        <w:spacing w:after="20"/>
        <w:numPr>
          <w:ilvl w:val="0"/>
          <w:numId w:val="53"/>
        </w:numPr>
      </w:pPr>
      <w:r>
        <w:t>Scouts practice handwashing, safe knife-free prep as needed, and cleanup.</w:t>
      </w:r>
    </w:p>
    <w:p>
      <w:pPr>
        <w:spacing w:after="20"/>
        <w:numPr>
          <w:ilvl w:val="0"/>
          <w:numId w:val="53"/>
        </w:numPr>
      </w:pPr>
      <w:r>
        <w:t>Eat a small sample and judge: balanced, packable, and worth cooking again?</w:t>
      </w:r>
    </w:p>
    <w:p>
      <w:pPr>
        <w:spacing w:after="40"/>
      </w:pPr>
      <w:r>
        <w:rPr>
          <w:i/>
          <w:sz w:val="18"/>
        </w:rPr>
        <w:t>Needs: camp stove or backpacking stove, fuel handled by adults, cook pot or skillet, utensils, wash station, meal ingredients</w:t>
      </w:r>
    </w:p>
    <w:p>
      <w:pPr>
        <w:spacing w:after="20"/>
      </w:pPr>
      <w:r>
        <w:rPr>
          <w:b/>
        </w:rPr>
        <w:t>Closing — Closing Ceremony - the Living Circle</w:t>
      </w:r>
    </w:p>
    <w:p>
      <w:pPr>
        <w:spacing w:after="20"/>
        <w:numPr>
          <w:ilvl w:val="0"/>
          <w:numId w:val="54"/>
        </w:numPr>
      </w:pPr>
      <w:r>
        <w:t>Form a circle. Everyone puts their left hand toward the center, little fingers linked to the next Scout.</w:t>
      </w:r>
    </w:p>
    <w:p>
      <w:pPr>
        <w:spacing w:after="20"/>
        <w:numPr>
          <w:ilvl w:val="0"/>
          <w:numId w:val="54"/>
        </w:numPr>
      </w:pPr>
      <w:r>
        <w:t>Den Chief shares a 1-sentence thought tied to tonight (e.g., 'Tonight we practiced being Helpful.').</w:t>
      </w:r>
    </w:p>
    <w:p>
      <w:pPr>
        <w:spacing w:after="20"/>
        <w:numPr>
          <w:ilvl w:val="0"/>
          <w:numId w:val="54"/>
        </w:numPr>
      </w:pPr>
      <w:r>
        <w:t>On the Den Chief's signal, everyone raises the circle and gives a quiet 'Do Your Best!' Dismiss.</w:t>
      </w:r>
    </w:p>
    <w:p>
      <w:pPr>
        <w:spacing w:after="40"/>
      </w:pPr>
      <w:r>
        <w:rPr>
          <w:b/>
        </w:rPr>
        <w:t>Send home / follow-up:</w:t>
      </w:r>
    </w:p>
    <w:p>
      <w:pPr>
        <w:pStyle w:val="ListBullet"/>
      </w:pPr>
      <w:r>
        <w:t>Start or continue the 14-day activity tracker.</w:t>
      </w:r>
    </w:p>
    <w:p>
      <w:pPr>
        <w:pStyle w:val="ListBullet"/>
      </w:pPr>
      <w:r>
        <w:t>Ask parents to review the BSA Annual Health and Medical Record with you.</w:t>
      </w:r>
    </w:p>
    <w:p>
      <w:pPr>
        <w:spacing w:after="120"/>
      </w:pPr>
      <w:r>
        <w:rPr>
          <w:b/>
        </w:rPr>
        <w:t xml:space="preserve">Den Chief tip: </w:t>
      </w:r>
      <w:r>
        <w:t>Follow site rules for cooking indoors/outdoors. If stoves are not allowed, use a no-cook camp meal and demonstrate gear setup.</w:t>
      </w:r>
    </w:p>
    <w:p>
      <w:pPr>
        <w:spacing w:before="200" w:after="80"/>
      </w:pPr>
      <w:r>
        <w:rPr>
          <w:b/>
          <w:color w:val="5B2A86"/>
          <w:sz w:val="25"/>
        </w:rPr>
        <w:t>Thu Jan 21  —  Patrol Fitness Challenge</w:t>
      </w:r>
    </w:p>
    <w:p>
      <w:pPr>
        <w:spacing w:after="40"/>
      </w:pPr>
      <w:r>
        <w:rPr>
          <w:b/>
        </w:rPr>
        <w:t xml:space="preserve">Focus: </w:t>
      </w:r>
      <w:r>
        <w:t>Be active for 30 minutes, stretch safely, and reflect on the activity tracker.</w:t>
      </w:r>
    </w:p>
    <w:p>
      <w:pPr>
        <w:spacing w:after="40"/>
      </w:pPr>
      <w:r>
        <w:rPr>
          <w:b/>
        </w:rPr>
        <w:t>Requirements completed tonight:</w:t>
      </w:r>
    </w:p>
    <w:p>
      <w:pPr>
        <w:pStyle w:val="ListBullet"/>
      </w:pPr>
      <w:r>
        <w:t>Personal Fitness 2 (Share 14-day activity tracking - if completed)</w:t>
      </w:r>
    </w:p>
    <w:p>
      <w:pPr>
        <w:pStyle w:val="ListBullet"/>
      </w:pPr>
      <w:r>
        <w:t>Personal Fitness 3 (Active 30 minutes with patrol/another person including stretching and moving)</w:t>
      </w:r>
    </w:p>
    <w:p>
      <w:pPr>
        <w:spacing w:after="40"/>
      </w:pPr>
      <w:r>
        <w:rPr>
          <w:b/>
        </w:rPr>
        <w:t>Materials to bring:</w:t>
      </w:r>
    </w:p>
    <w:p>
      <w:r>
        <w:t>open space, cones, stopwatch, water access, activity trackers, pencils</w:t>
      </w:r>
    </w:p>
    <w:p>
      <w:pPr>
        <w:spacing w:after="20"/>
      </w:pPr>
      <w:r>
        <w:rPr>
          <w:b/>
        </w:rPr>
        <w:t>Gathering — Stretch Leader Warm-Up</w:t>
      </w:r>
    </w:p>
    <w:p>
      <w:pPr>
        <w:spacing w:after="20"/>
        <w:numPr>
          <w:ilvl w:val="0"/>
          <w:numId w:val="55"/>
        </w:numPr>
      </w:pPr>
      <w:r>
        <w:t>Patrol leader picks two Scouts to lead easy dynamic stretches.</w:t>
      </w:r>
    </w:p>
    <w:p>
      <w:pPr>
        <w:spacing w:after="20"/>
        <w:numPr>
          <w:ilvl w:val="0"/>
          <w:numId w:val="55"/>
        </w:numPr>
      </w:pPr>
      <w:r>
        <w:t>Den Chief checks form: slow, no bouncing, no pain.</w:t>
      </w:r>
    </w:p>
    <w:p>
      <w:pPr>
        <w:spacing w:after="20"/>
        <w:numPr>
          <w:ilvl w:val="0"/>
          <w:numId w:val="55"/>
        </w:numPr>
      </w:pPr>
      <w:r>
        <w:t>Everyone names one activity they did this week.</w:t>
      </w:r>
    </w:p>
    <w:p>
      <w:pPr>
        <w:spacing w:after="20"/>
      </w:pPr>
      <w:r>
        <w:rPr>
          <w:b/>
        </w:rPr>
        <w:t>Opening — Opening Ceremony</w:t>
      </w:r>
    </w:p>
    <w:p>
      <w:pPr>
        <w:spacing w:after="20"/>
        <w:numPr>
          <w:ilvl w:val="0"/>
          <w:numId w:val="56"/>
        </w:numPr>
      </w:pPr>
      <w:r>
        <w:t>Form up in a horseshoe or circle. Ask a Scout to lead the Pledge of Allegiance to the flag.</w:t>
      </w:r>
    </w:p>
    <w:p>
      <w:pPr>
        <w:spacing w:after="20"/>
        <w:numPr>
          <w:ilvl w:val="0"/>
          <w:numId w:val="56"/>
        </w:numPr>
      </w:pPr>
      <w:r>
        <w:t>Everyone gives the Cub Scout sign and recites the Scout Oath together.</w:t>
      </w:r>
    </w:p>
    <w:p>
      <w:pPr>
        <w:spacing w:after="20"/>
        <w:numPr>
          <w:ilvl w:val="0"/>
          <w:numId w:val="56"/>
        </w:numPr>
      </w:pPr>
      <w:r>
        <w:t>Recite the Scout Law together. Younger dens may say it line-by-line after the Den Chief.</w:t>
      </w:r>
    </w:p>
    <w:p>
      <w:pPr>
        <w:spacing w:after="20"/>
      </w:pPr>
      <w:r>
        <w:rPr>
          <w:b/>
        </w:rPr>
        <w:t>Activity — 30-Minute Patrol Movement Block</w:t>
      </w:r>
    </w:p>
    <w:p>
      <w:pPr>
        <w:spacing w:after="20"/>
        <w:numPr>
          <w:ilvl w:val="0"/>
          <w:numId w:val="57"/>
        </w:numPr>
      </w:pPr>
      <w:r>
        <w:t>Run a 30-minute rotation: brisk walk/jog, relay, bodyweight circuit, and cooperative game.</w:t>
      </w:r>
    </w:p>
    <w:p>
      <w:pPr>
        <w:spacing w:after="20"/>
        <w:numPr>
          <w:ilvl w:val="0"/>
          <w:numId w:val="57"/>
        </w:numPr>
      </w:pPr>
      <w:r>
        <w:t>Scouts take turns leading stations and encouraging the group.</w:t>
      </w:r>
    </w:p>
    <w:p>
      <w:pPr>
        <w:spacing w:after="20"/>
        <w:numPr>
          <w:ilvl w:val="0"/>
          <w:numId w:val="57"/>
        </w:numPr>
      </w:pPr>
      <w:r>
        <w:t>Cool down with slow stretches and water.</w:t>
      </w:r>
    </w:p>
    <w:p>
      <w:pPr>
        <w:spacing w:after="40"/>
      </w:pPr>
      <w:r>
        <w:rPr>
          <w:i/>
          <w:sz w:val="18"/>
        </w:rPr>
        <w:t>Needs: open space, cones, stopwatch, water access</w:t>
      </w:r>
    </w:p>
    <w:p>
      <w:pPr>
        <w:spacing w:after="20"/>
      </w:pPr>
      <w:r>
        <w:rPr>
          <w:b/>
        </w:rPr>
        <w:t>Activity — Fitness Reflection Circle</w:t>
      </w:r>
    </w:p>
    <w:p>
      <w:pPr>
        <w:spacing w:after="20"/>
        <w:numPr>
          <w:ilvl w:val="0"/>
          <w:numId w:val="58"/>
        </w:numPr>
      </w:pPr>
      <w:r>
        <w:t>Scouts who finished trackers share patterns they noticed; others commit to finishing at home.</w:t>
      </w:r>
    </w:p>
    <w:p>
      <w:pPr>
        <w:spacing w:after="20"/>
        <w:numPr>
          <w:ilvl w:val="0"/>
          <w:numId w:val="58"/>
        </w:numPr>
      </w:pPr>
      <w:r>
        <w:t>Discuss how being physically fit helps on hikes, campouts, and in Scouts BSA.</w:t>
      </w:r>
    </w:p>
    <w:p>
      <w:pPr>
        <w:spacing w:after="20"/>
        <w:numPr>
          <w:ilvl w:val="0"/>
          <w:numId w:val="58"/>
        </w:numPr>
      </w:pPr>
      <w:r>
        <w:t>Patrol leader records who still needs the 14-day tracker.</w:t>
      </w:r>
    </w:p>
    <w:p>
      <w:pPr>
        <w:spacing w:after="40"/>
      </w:pPr>
      <w:r>
        <w:rPr>
          <w:i/>
          <w:sz w:val="18"/>
        </w:rPr>
        <w:t>Needs: activity trackers, pencils</w:t>
      </w:r>
    </w:p>
    <w:p>
      <w:pPr>
        <w:spacing w:after="20"/>
      </w:pPr>
      <w:r>
        <w:rPr>
          <w:b/>
        </w:rPr>
        <w:t>Closing — Closing Ceremony - the Living Circle</w:t>
      </w:r>
    </w:p>
    <w:p>
      <w:pPr>
        <w:spacing w:after="20"/>
        <w:numPr>
          <w:ilvl w:val="0"/>
          <w:numId w:val="59"/>
        </w:numPr>
      </w:pPr>
      <w:r>
        <w:t>Form a circle. Everyone puts their left hand toward the center, little fingers linked to the next Scout.</w:t>
      </w:r>
    </w:p>
    <w:p>
      <w:pPr>
        <w:spacing w:after="20"/>
        <w:numPr>
          <w:ilvl w:val="0"/>
          <w:numId w:val="59"/>
        </w:numPr>
      </w:pPr>
      <w:r>
        <w:t>Den Chief shares a 1-sentence thought tied to tonight (e.g., 'Tonight we practiced being Helpful.').</w:t>
      </w:r>
    </w:p>
    <w:p>
      <w:pPr>
        <w:spacing w:after="20"/>
        <w:numPr>
          <w:ilvl w:val="0"/>
          <w:numId w:val="59"/>
        </w:numPr>
      </w:pPr>
      <w:r>
        <w:t>On the Den Chief's signal, everyone raises the circle and gives a quiet 'Do Your Best!' Dismiss.</w:t>
      </w:r>
    </w:p>
    <w:p>
      <w:pPr>
        <w:spacing w:after="40"/>
      </w:pPr>
      <w:r>
        <w:rPr>
          <w:b/>
        </w:rPr>
        <w:t>Send home / follow-up:</w:t>
      </w:r>
    </w:p>
    <w:p>
      <w:pPr>
        <w:pStyle w:val="ListBullet"/>
      </w:pPr>
      <w:r>
        <w:t>Finish the 14-day tracker if needed and share it with the den leader.</w:t>
      </w:r>
    </w:p>
    <w:p>
      <w:pPr>
        <w:pStyle w:val="ListBullet"/>
      </w:pPr>
      <w:r>
        <w:t>Confirm the health record review is complete.</w:t>
      </w:r>
    </w:p>
    <w:p>
      <w:pPr>
        <w:spacing w:after="120"/>
      </w:pPr>
      <w:r>
        <w:rPr>
          <w:b/>
        </w:rPr>
        <w:t xml:space="preserve">Den Chief tip: </w:t>
      </w:r>
      <w:r>
        <w:t>Oldest Cubs can handle real leadership: let them lead stations, but keep adult eyes on safety and hydration.</w:t>
      </w:r>
    </w:p>
    <w:p>
      <w:pPr>
        <w:spacing w:after="160"/>
      </w:pPr>
      <w:r>
        <w:rPr>
          <w:b/>
        </w:rPr>
        <w:t xml:space="preserve">Flex week idea: </w:t>
      </w:r>
      <w:r>
        <w:t>Jan 14 (Roundtable): make-up camp meal, extra fitness game night, or finish the 14-day tracker as a patrol check-in.</w:t>
      </w:r>
    </w:p>
    <w:p>
      <w:pPr>
        <w:spacing w:before="280" w:after="80"/>
      </w:pPr>
      <w:r>
        <w:rPr>
          <w:b/>
          <w:color w:val="5B2A86"/>
          <w:sz w:val="28"/>
        </w:rPr>
        <w:t>February 2027: Citizenship &amp; Duty to God</w:t>
      </w:r>
    </w:p>
    <w:p>
      <w:r>
        <w:rPr>
          <w:i/>
        </w:rPr>
        <w:t>The compression month: AOL does TWO short adventures - Citizenship (Feb 4) and Duty to God (Feb 11) - so all six required adventures are complete by Feb 11, ahead of the Feb 28 crossover. Both are service- and discussion-based, a good fit for one focused session each.</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Citizenship req 2: If the pack service day does not reach two hours, complete additional approved service so your total is at least two hours before crossover.</w:t>
      </w:r>
    </w:p>
    <w:p>
      <w:pPr>
        <w:pStyle w:val="ListBullet"/>
      </w:pPr>
      <w:r>
        <w:t>Duty to God req 1: With parent/guardian, discuss your family's faith traditions (or one of your choosing), choose a view/value related to the Scout Law, and discuss how family members demonstrate it.</w:t>
      </w:r>
    </w:p>
    <w:p>
      <w:pPr>
        <w:pStyle w:val="ListBullet"/>
      </w:pPr>
      <w:r>
        <w:t>Duty to God req 3: With parent/guardian or an adult leader, discuss what 'Duty to God' means to you and tell how you practice it daily.</w:t>
      </w:r>
    </w:p>
    <w:p>
      <w:pPr>
        <w:spacing w:before="200" w:after="80"/>
      </w:pPr>
      <w:r>
        <w:rPr>
          <w:b/>
          <w:color w:val="5B2A86"/>
          <w:sz w:val="25"/>
        </w:rPr>
        <w:t>Thu Feb 4  —  Citizenship: Plan &amp; Serve</w:t>
      </w:r>
    </w:p>
    <w:p>
      <w:pPr>
        <w:spacing w:after="40"/>
      </w:pPr>
      <w:r>
        <w:rPr>
          <w:b/>
        </w:rPr>
        <w:t xml:space="preserve">Focus: </w:t>
      </w:r>
      <w:r>
        <w:t>Plan a service project with the BSA SAFE Checklist and complete two hours of service - tie it to Scouting for Food (Feb 6 &amp; 13).</w:t>
      </w:r>
    </w:p>
    <w:p>
      <w:pPr>
        <w:spacing w:after="40"/>
      </w:pPr>
      <w:r>
        <w:rPr>
          <w:b/>
        </w:rPr>
        <w:t>Requirements completed tonight:</w:t>
      </w:r>
    </w:p>
    <w:p>
      <w:pPr>
        <w:pStyle w:val="ListBullet"/>
      </w:pPr>
      <w:r>
        <w:t>Citizenship 1 (Identify a service project and use the BSA SAFE Checklist to plan it safely)</w:t>
      </w:r>
    </w:p>
    <w:p>
      <w:pPr>
        <w:pStyle w:val="ListBullet"/>
      </w:pPr>
      <w:r>
        <w:t>Citizenship 2 (Two hours of service total - completed at Scouting for Food Feb 6 &amp; 13 or another approved project)</w:t>
      </w:r>
    </w:p>
    <w:p>
      <w:pPr>
        <w:spacing w:after="40"/>
      </w:pPr>
      <w:r>
        <w:rPr>
          <w:b/>
        </w:rPr>
        <w:t>Materials to bring:</w:t>
      </w:r>
    </w:p>
    <w:p>
      <w:r>
        <w:t>BSA SAFE Checklist copy, project idea list, planning worksheet, pencils, service hour log, work gloves, collection bags or boxes</w:t>
      </w:r>
    </w:p>
    <w:p>
      <w:pPr>
        <w:spacing w:after="20"/>
      </w:pPr>
      <w:r>
        <w:rPr>
          <w:b/>
        </w:rPr>
        <w:t>Gathering — Community Needs Map</w:t>
      </w:r>
    </w:p>
    <w:p>
      <w:pPr>
        <w:spacing w:after="20"/>
        <w:numPr>
          <w:ilvl w:val="0"/>
          <w:numId w:val="60"/>
        </w:numPr>
      </w:pPr>
      <w:r>
        <w:t>Scouts put sticky notes on a local map or chart: parks, schools, food pantry, veterans, animal shelter, meeting place.</w:t>
      </w:r>
    </w:p>
    <w:p>
      <w:pPr>
        <w:spacing w:after="20"/>
        <w:numPr>
          <w:ilvl w:val="0"/>
          <w:numId w:val="60"/>
        </w:numPr>
      </w:pPr>
      <w:r>
        <w:t>For each note, add one way a patrol could help.</w:t>
      </w:r>
    </w:p>
    <w:p>
      <w:pPr>
        <w:spacing w:after="20"/>
        <w:numPr>
          <w:ilvl w:val="0"/>
          <w:numId w:val="60"/>
        </w:numPr>
      </w:pPr>
      <w:r>
        <w:t>Patrol leader groups ideas into indoor, outdoor, collection, and hands-on service.</w:t>
      </w:r>
    </w:p>
    <w:p>
      <w:pPr>
        <w:spacing w:after="20"/>
      </w:pPr>
      <w:r>
        <w:rPr>
          <w:b/>
        </w:rPr>
        <w:t>Opening — Opening Ceremony</w:t>
      </w:r>
    </w:p>
    <w:p>
      <w:pPr>
        <w:spacing w:after="20"/>
        <w:numPr>
          <w:ilvl w:val="0"/>
          <w:numId w:val="61"/>
        </w:numPr>
      </w:pPr>
      <w:r>
        <w:t>Form up in a horseshoe or circle. Ask a Scout to lead the Pledge of Allegiance to the flag.</w:t>
      </w:r>
    </w:p>
    <w:p>
      <w:pPr>
        <w:spacing w:after="20"/>
        <w:numPr>
          <w:ilvl w:val="0"/>
          <w:numId w:val="61"/>
        </w:numPr>
      </w:pPr>
      <w:r>
        <w:t>Everyone gives the Cub Scout sign and recites the Scout Oath together.</w:t>
      </w:r>
    </w:p>
    <w:p>
      <w:pPr>
        <w:spacing w:after="20"/>
        <w:numPr>
          <w:ilvl w:val="0"/>
          <w:numId w:val="61"/>
        </w:numPr>
      </w:pPr>
      <w:r>
        <w:t>Recite the Scout Law together. Younger dens may say it line-by-line after the Den Chief.</w:t>
      </w:r>
    </w:p>
    <w:p>
      <w:pPr>
        <w:spacing w:after="20"/>
      </w:pPr>
      <w:r>
        <w:rPr>
          <w:b/>
        </w:rPr>
        <w:t>Activity — Service Project Decision &amp; SAFE Plan</w:t>
      </w:r>
    </w:p>
    <w:p>
      <w:pPr>
        <w:spacing w:after="20"/>
        <w:numPr>
          <w:ilvl w:val="0"/>
          <w:numId w:val="62"/>
        </w:numPr>
      </w:pPr>
      <w:r>
        <w:t>Confirm the patrol's service: Scouting for Food (Feb 6 collection tags, Feb 13 pickup) is the easy two-hour project - or choose another approved project.</w:t>
      </w:r>
    </w:p>
    <w:p>
      <w:pPr>
        <w:spacing w:after="20"/>
        <w:numPr>
          <w:ilvl w:val="0"/>
          <w:numId w:val="62"/>
        </w:numPr>
      </w:pPr>
      <w:r>
        <w:t>Define who is helped, what jobs Scouts will own, and what success looks like.</w:t>
      </w:r>
    </w:p>
    <w:p>
      <w:pPr>
        <w:spacing w:after="20"/>
        <w:numPr>
          <w:ilvl w:val="0"/>
          <w:numId w:val="62"/>
        </w:numPr>
      </w:pPr>
      <w:r>
        <w:t>Walk through SAFE (Supervision, Assessment, Fitness/skill, Equipment/environment): hazards, adults, gear, weather, transportation.</w:t>
      </w:r>
    </w:p>
    <w:p>
      <w:pPr>
        <w:spacing w:after="40"/>
      </w:pPr>
      <w:r>
        <w:rPr>
          <w:i/>
          <w:sz w:val="18"/>
        </w:rPr>
        <w:t>Needs: BSA SAFE Checklist copy, project idea list, planning worksheet, pencils</w:t>
      </w:r>
    </w:p>
    <w:p>
      <w:pPr>
        <w:spacing w:after="20"/>
      </w:pPr>
      <w:r>
        <w:rPr>
          <w:b/>
        </w:rPr>
        <w:t>Activity — Serve &amp; Reflect</w:t>
      </w:r>
    </w:p>
    <w:p>
      <w:pPr>
        <w:spacing w:after="20"/>
        <w:numPr>
          <w:ilvl w:val="0"/>
          <w:numId w:val="63"/>
        </w:numPr>
      </w:pPr>
      <w:r>
        <w:t>Carry out (or lock in the plan for) the two-hour service - track start/stop time so every Scout reaches the full total.</w:t>
      </w:r>
    </w:p>
    <w:p>
      <w:pPr>
        <w:spacing w:after="20"/>
        <w:numPr>
          <w:ilvl w:val="0"/>
          <w:numId w:val="63"/>
        </w:numPr>
      </w:pPr>
      <w:r>
        <w:t>Clean up better than you found it and thank the partner organization.</w:t>
      </w:r>
    </w:p>
    <w:p>
      <w:pPr>
        <w:spacing w:after="20"/>
        <w:numPr>
          <w:ilvl w:val="0"/>
          <w:numId w:val="63"/>
        </w:numPr>
      </w:pPr>
      <w:r>
        <w:t>Each Scout names who was helped and how citizens keep serving after the project.</w:t>
      </w:r>
    </w:p>
    <w:p>
      <w:pPr>
        <w:spacing w:after="40"/>
      </w:pPr>
      <w:r>
        <w:rPr>
          <w:i/>
          <w:sz w:val="18"/>
        </w:rPr>
        <w:t>Needs: service hour log, work gloves, collection bags or boxes, pencils</w:t>
      </w:r>
    </w:p>
    <w:p>
      <w:pPr>
        <w:spacing w:after="20"/>
      </w:pPr>
      <w:r>
        <w:rPr>
          <w:b/>
        </w:rPr>
        <w:t>Closing — Closing Ceremony - the Living Circle</w:t>
      </w:r>
    </w:p>
    <w:p>
      <w:pPr>
        <w:spacing w:after="20"/>
        <w:numPr>
          <w:ilvl w:val="0"/>
          <w:numId w:val="64"/>
        </w:numPr>
      </w:pPr>
      <w:r>
        <w:t>Form a circle. Everyone puts their left hand toward the center, little fingers linked to the next Scout.</w:t>
      </w:r>
    </w:p>
    <w:p>
      <w:pPr>
        <w:spacing w:after="20"/>
        <w:numPr>
          <w:ilvl w:val="0"/>
          <w:numId w:val="64"/>
        </w:numPr>
      </w:pPr>
      <w:r>
        <w:t>Den Chief shares a 1-sentence thought tied to tonight (e.g., 'Tonight we practiced being Helpful.').</w:t>
      </w:r>
    </w:p>
    <w:p>
      <w:pPr>
        <w:spacing w:after="20"/>
        <w:numPr>
          <w:ilvl w:val="0"/>
          <w:numId w:val="64"/>
        </w:numPr>
      </w:pPr>
      <w:r>
        <w:t>On the Den Chief's signal, everyone raises the circle and gives a quiet 'Do Your Best!' Dismiss.</w:t>
      </w:r>
    </w:p>
    <w:p>
      <w:pPr>
        <w:spacing w:after="40"/>
      </w:pPr>
      <w:r>
        <w:rPr>
          <w:b/>
        </w:rPr>
        <w:t>Send home / follow-up:</w:t>
      </w:r>
    </w:p>
    <w:p>
      <w:pPr>
        <w:pStyle w:val="ListBullet"/>
      </w:pPr>
      <w:r>
        <w:t>Protect the Scouting for Food dates (Feb 6 &amp; 13) so everyone reaches two service hours.</w:t>
      </w:r>
    </w:p>
    <w:p>
      <w:pPr>
        <w:pStyle w:val="ListBullet"/>
      </w:pPr>
      <w:r>
        <w:t>Log service hours in Scoutbook right away.</w:t>
      </w:r>
    </w:p>
    <w:p>
      <w:pPr>
        <w:spacing w:after="120"/>
      </w:pPr>
      <w:r>
        <w:rPr>
          <w:b/>
        </w:rPr>
        <w:t xml:space="preserve">Den Chief tip: </w:t>
      </w:r>
      <w:r>
        <w:t>Scouting for Food is a ready-made two-hour service project - lean on it. Let the patrol leader run the job list, not the adults.</w:t>
      </w:r>
    </w:p>
    <w:p>
      <w:pPr>
        <w:spacing w:before="200" w:after="80"/>
      </w:pPr>
      <w:r>
        <w:rPr>
          <w:b/>
          <w:color w:val="5B2A86"/>
          <w:sz w:val="25"/>
        </w:rPr>
        <w:t>Thu Feb 11  —  Duty to God: Reverence &amp; Service</w:t>
      </w:r>
    </w:p>
    <w:p>
      <w:pPr>
        <w:spacing w:after="40"/>
      </w:pPr>
      <w:r>
        <w:rPr>
          <w:b/>
        </w:rPr>
        <w:t xml:space="preserve">Focus: </w:t>
      </w:r>
      <w:r>
        <w:t>Meet a faith-based crisis helper and connect reverence to daily action - the last required adventure before crossover.</w:t>
      </w:r>
    </w:p>
    <w:p>
      <w:pPr>
        <w:spacing w:after="40"/>
      </w:pPr>
      <w:r>
        <w:rPr>
          <w:b/>
        </w:rPr>
        <w:t>Requirements completed tonight:</w:t>
      </w:r>
    </w:p>
    <w:p>
      <w:pPr>
        <w:pStyle w:val="ListBullet"/>
      </w:pPr>
      <w:r>
        <w:t>Duty to God 2 (Meet a representative of a faith-based organization that assists people in crisis regardless of faith - guest or visit)</w:t>
      </w:r>
    </w:p>
    <w:p>
      <w:pPr>
        <w:pStyle w:val="ListBullet"/>
      </w:pPr>
      <w:r>
        <w:t>Duty to God 1 &amp; 3 wrap-up (family faith/value discussion and daily-practice discussion - completed with parent/guardian or adult leader)</w:t>
      </w:r>
    </w:p>
    <w:p>
      <w:pPr>
        <w:spacing w:after="40"/>
      </w:pPr>
      <w:r>
        <w:rPr>
          <w:b/>
        </w:rPr>
        <w:t>Materials to bring:</w:t>
      </w:r>
    </w:p>
    <w:p>
      <w:r>
        <w:t>index cards, pencils, guest/visit confirmation, thank-you card, question cards</w:t>
      </w:r>
    </w:p>
    <w:p>
      <w:pPr>
        <w:spacing w:after="20"/>
      </w:pPr>
      <w:r>
        <w:rPr>
          <w:b/>
        </w:rPr>
        <w:t>Gathering — Scout Law Values Match</w:t>
      </w:r>
    </w:p>
    <w:p>
      <w:pPr>
        <w:spacing w:after="20"/>
        <w:numPr>
          <w:ilvl w:val="0"/>
          <w:numId w:val="65"/>
        </w:numPr>
      </w:pPr>
      <w:r>
        <w:t>Lay out Scout Law cards and crisis-helper scenarios.</w:t>
      </w:r>
    </w:p>
    <w:p>
      <w:pPr>
        <w:spacing w:after="20"/>
        <w:numPr>
          <w:ilvl w:val="0"/>
          <w:numId w:val="65"/>
        </w:numPr>
      </w:pPr>
      <w:r>
        <w:t>Scouts match Law points to actions like feeding, sheltering, counseling, or welcoming people.</w:t>
      </w:r>
    </w:p>
    <w:p>
      <w:pPr>
        <w:spacing w:after="20"/>
        <w:numPr>
          <w:ilvl w:val="0"/>
          <w:numId w:val="65"/>
        </w:numPr>
      </w:pPr>
      <w:r>
        <w:t>Patrol leader asks: which Law point do you want people to see in our patrol?</w:t>
      </w:r>
    </w:p>
    <w:p>
      <w:pPr>
        <w:spacing w:after="20"/>
      </w:pPr>
      <w:r>
        <w:rPr>
          <w:b/>
        </w:rPr>
        <w:t>Opening — Opening Ceremony</w:t>
      </w:r>
    </w:p>
    <w:p>
      <w:pPr>
        <w:spacing w:after="20"/>
        <w:numPr>
          <w:ilvl w:val="0"/>
          <w:numId w:val="66"/>
        </w:numPr>
      </w:pPr>
      <w:r>
        <w:t>Form up in a horseshoe or circle. Ask a Scout to lead the Pledge of Allegiance to the flag.</w:t>
      </w:r>
    </w:p>
    <w:p>
      <w:pPr>
        <w:spacing w:after="20"/>
        <w:numPr>
          <w:ilvl w:val="0"/>
          <w:numId w:val="66"/>
        </w:numPr>
      </w:pPr>
      <w:r>
        <w:t>Everyone gives the Cub Scout sign and recites the Scout Oath together.</w:t>
      </w:r>
    </w:p>
    <w:p>
      <w:pPr>
        <w:spacing w:after="20"/>
        <w:numPr>
          <w:ilvl w:val="0"/>
          <w:numId w:val="66"/>
        </w:numPr>
      </w:pPr>
      <w:r>
        <w:t>Recite the Scout Law together. Younger dens may say it line-by-line after the Den Chief.</w:t>
      </w:r>
    </w:p>
    <w:p>
      <w:pPr>
        <w:spacing w:after="20"/>
      </w:pPr>
      <w:r>
        <w:rPr>
          <w:b/>
        </w:rPr>
        <w:t>Activity — Respectful Question Prep</w:t>
      </w:r>
    </w:p>
    <w:p>
      <w:pPr>
        <w:spacing w:after="20"/>
        <w:numPr>
          <w:ilvl w:val="0"/>
          <w:numId w:val="67"/>
        </w:numPr>
      </w:pPr>
      <w:r>
        <w:t>Review that families believe and practice differently; the goal is respect and learning.</w:t>
      </w:r>
    </w:p>
    <w:p>
      <w:pPr>
        <w:spacing w:after="20"/>
        <w:numPr>
          <w:ilvl w:val="0"/>
          <w:numId w:val="67"/>
        </w:numPr>
      </w:pPr>
      <w:r>
        <w:t>Scouts write 4-5 questions for a faith-based organization: who do you help, how, and why serve everyone?</w:t>
      </w:r>
    </w:p>
    <w:p>
      <w:pPr>
        <w:spacing w:after="20"/>
        <w:numPr>
          <w:ilvl w:val="0"/>
          <w:numId w:val="67"/>
        </w:numPr>
      </w:pPr>
      <w:r>
        <w:t>Assign Scouts to ask the questions.</w:t>
      </w:r>
    </w:p>
    <w:p>
      <w:pPr>
        <w:spacing w:after="40"/>
      </w:pPr>
      <w:r>
        <w:rPr>
          <w:i/>
          <w:sz w:val="18"/>
        </w:rPr>
        <w:t>Needs: index cards, pencils</w:t>
      </w:r>
    </w:p>
    <w:p>
      <w:pPr>
        <w:spacing w:after="20"/>
      </w:pPr>
      <w:r>
        <w:rPr>
          <w:b/>
        </w:rPr>
        <w:t>Activity — Guest or Visit: Helping in Crisis</w:t>
      </w:r>
    </w:p>
    <w:p>
      <w:pPr>
        <w:spacing w:after="20"/>
        <w:numPr>
          <w:ilvl w:val="0"/>
          <w:numId w:val="68"/>
        </w:numPr>
      </w:pPr>
      <w:r>
        <w:t>Meet a representative from a faith-based organization that assists people in crisis regardless of faith (guest or short visit).</w:t>
      </w:r>
    </w:p>
    <w:p>
      <w:pPr>
        <w:spacing w:after="20"/>
        <w:numPr>
          <w:ilvl w:val="0"/>
          <w:numId w:val="68"/>
        </w:numPr>
      </w:pPr>
      <w:r>
        <w:t>Scouts ask prepared questions and identify who the organization helps and how.</w:t>
      </w:r>
    </w:p>
    <w:p>
      <w:pPr>
        <w:spacing w:after="20"/>
        <w:numPr>
          <w:ilvl w:val="0"/>
          <w:numId w:val="68"/>
        </w:numPr>
      </w:pPr>
      <w:r>
        <w:t>Connect the work to Scout Law points (Helpful, Kind, Brave, Reverent) and thank the guest.</w:t>
      </w:r>
    </w:p>
    <w:p>
      <w:pPr>
        <w:spacing w:after="40"/>
      </w:pPr>
      <w:r>
        <w:rPr>
          <w:i/>
          <w:sz w:val="18"/>
        </w:rPr>
        <w:t>Needs: guest/visit confirmation, thank-you card, question cards</w:t>
      </w:r>
    </w:p>
    <w:p>
      <w:pPr>
        <w:spacing w:after="20"/>
      </w:pPr>
      <w:r>
        <w:rPr>
          <w:b/>
        </w:rPr>
        <w:t>Activity — Daily Practice Circle</w:t>
      </w:r>
    </w:p>
    <w:p>
      <w:pPr>
        <w:spacing w:after="20"/>
        <w:numPr>
          <w:ilvl w:val="0"/>
          <w:numId w:val="69"/>
        </w:numPr>
      </w:pPr>
      <w:r>
        <w:t>Scouts may share one value or practice from home if their family is comfortable.</w:t>
      </w:r>
    </w:p>
    <w:p>
      <w:pPr>
        <w:spacing w:after="20"/>
        <w:numPr>
          <w:ilvl w:val="0"/>
          <w:numId w:val="69"/>
        </w:numPr>
      </w:pPr>
      <w:r>
        <w:t>Each Scout states one respectful daily action: prayer, reflection, gratitude, service, kindness, or learning.</w:t>
      </w:r>
    </w:p>
    <w:p>
      <w:pPr>
        <w:spacing w:after="20"/>
        <w:numPr>
          <w:ilvl w:val="0"/>
          <w:numId w:val="69"/>
        </w:numPr>
      </w:pPr>
      <w:r>
        <w:t>Leader confirms who still needs the parent/guardian discussion (reqs 1 &amp; 3) at home.</w:t>
      </w:r>
    </w:p>
    <w:p>
      <w:pPr>
        <w:spacing w:after="20"/>
      </w:pPr>
      <w:r>
        <w:rPr>
          <w:b/>
        </w:rPr>
        <w:t>Closing — Closing Ceremony - the Living Circle</w:t>
      </w:r>
    </w:p>
    <w:p>
      <w:pPr>
        <w:spacing w:after="20"/>
        <w:numPr>
          <w:ilvl w:val="0"/>
          <w:numId w:val="70"/>
        </w:numPr>
      </w:pPr>
      <w:r>
        <w:t>Form a circle. Everyone puts their left hand toward the center, little fingers linked to the next Scout.</w:t>
      </w:r>
    </w:p>
    <w:p>
      <w:pPr>
        <w:spacing w:after="20"/>
        <w:numPr>
          <w:ilvl w:val="0"/>
          <w:numId w:val="70"/>
        </w:numPr>
      </w:pPr>
      <w:r>
        <w:t>Den Chief shares a 1-sentence thought tied to tonight (e.g., 'Tonight we practiced being Helpful.').</w:t>
      </w:r>
    </w:p>
    <w:p>
      <w:pPr>
        <w:spacing w:after="20"/>
        <w:numPr>
          <w:ilvl w:val="0"/>
          <w:numId w:val="70"/>
        </w:numPr>
      </w:pPr>
      <w:r>
        <w:t>On the Den Chief's signal, everyone raises the circle and gives a quiet 'Do Your Best!' Dismiss.</w:t>
      </w:r>
    </w:p>
    <w:p>
      <w:pPr>
        <w:spacing w:after="40"/>
      </w:pPr>
      <w:r>
        <w:rPr>
          <w:b/>
        </w:rPr>
        <w:t>Send home / follow-up:</w:t>
      </w:r>
    </w:p>
    <w:p>
      <w:pPr>
        <w:pStyle w:val="ListBullet"/>
      </w:pPr>
      <w:r>
        <w:t>Finish the family faith/value discussion (req 1) and the daily-practice discussion (req 3) at home if not done.</w:t>
      </w:r>
    </w:p>
    <w:p>
      <w:pPr>
        <w:pStyle w:val="ListBullet"/>
      </w:pPr>
      <w:r>
        <w:t>This is the LAST required adventure - confirm all six are recorded in Scoutbook so the Scout is ready to cross over.</w:t>
      </w:r>
    </w:p>
    <w:p>
      <w:pPr>
        <w:spacing w:after="120"/>
      </w:pPr>
      <w:r>
        <w:rPr>
          <w:b/>
        </w:rPr>
        <w:t xml:space="preserve">Den Chief tip: </w:t>
      </w:r>
      <w:r>
        <w:t>Keep this inclusive: focus on reverence, service, and respect - never compare whose beliefs are right. With this done, the patrol has finished all six required adventures before crossover.</w:t>
      </w:r>
    </w:p>
    <w:p>
      <w:pPr>
        <w:spacing w:after="160"/>
      </w:pPr>
      <w:r>
        <w:rPr>
          <w:b/>
        </w:rPr>
        <w:t xml:space="preserve">Flex week idea: </w:t>
      </w:r>
      <w:r>
        <w:t>No separate flex week in Feb (2/18 is dark). Blue &amp; Gold on 2/25 celebrates AOL; the Crossover ceremony (about Feb 28) sends the patrol into their troop with all six adventures complete.</w:t>
      </w:r>
    </w:p>
    <w:p>
      <w:pPr>
        <w:spacing w:before="280" w:after="80"/>
      </w:pPr>
      <w:r>
        <w:rPr>
          <w:b/>
          <w:color w:val="5B2A86"/>
          <w:sz w:val="28"/>
        </w:rPr>
        <w:t>March 2027: Complete - Optional: Knife Safety</w:t>
      </w:r>
    </w:p>
    <w:p>
      <w:r>
        <w:rPr>
          <w:i/>
        </w:rPr>
        <w:t>All six required adventures are DONE and the patrol has crossed over (about Feb 28). These den slots are optional enrichment. Knife Safety is a great bridge skill toward the Scouts BSA Totin' Chip - run it for any AOL Scouts who stay engaged with the pack through spring.</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No required adventures remain. Anyone who missed a required item should finish the make-up with their new troop or the den leader as soon as possible.</w:t>
      </w:r>
    </w:p>
    <w:p>
      <w:pPr>
        <w:spacing w:before="200" w:after="80"/>
      </w:pPr>
      <w:r>
        <w:rPr>
          <w:b/>
          <w:color w:val="5B2A86"/>
          <w:sz w:val="25"/>
        </w:rPr>
        <w:t>Thu Mar 4  —  Knife Rules and Safety Circle (optional)</w:t>
      </w:r>
    </w:p>
    <w:p>
      <w:pPr>
        <w:spacing w:after="40"/>
      </w:pPr>
      <w:r>
        <w:rPr>
          <w:b/>
        </w:rPr>
        <w:t xml:space="preserve">Focus: </w:t>
      </w:r>
      <w:r>
        <w:t>Read and promise to follow the Cub Scout Knife Safety Rules; practice the safety circle, care, and handling.</w:t>
      </w:r>
    </w:p>
    <w:p>
      <w:pPr>
        <w:spacing w:after="40"/>
      </w:pPr>
      <w:r>
        <w:rPr>
          <w:b/>
        </w:rPr>
        <w:t>Requirements completed tonight:</w:t>
      </w:r>
    </w:p>
    <w:p>
      <w:pPr>
        <w:pStyle w:val="ListBullet"/>
      </w:pPr>
      <w:r>
        <w:t>Optional elective - Knife Safety 1 (Rules and promise)</w:t>
      </w:r>
    </w:p>
    <w:p>
      <w:pPr>
        <w:pStyle w:val="ListBullet"/>
      </w:pPr>
      <w:r>
        <w:t>Knife Safety 2 (Safety circle)</w:t>
      </w:r>
    </w:p>
    <w:p>
      <w:pPr>
        <w:pStyle w:val="ListBullet"/>
      </w:pPr>
      <w:r>
        <w:t>Knife Safety 3 (Care for and use a knife safely)</w:t>
      </w:r>
    </w:p>
    <w:p>
      <w:pPr>
        <w:spacing w:after="40"/>
      </w:pPr>
      <w:r>
        <w:rPr>
          <w:b/>
        </w:rPr>
        <w:t>Materials to bring:</w:t>
      </w:r>
    </w:p>
    <w:p>
      <w:r>
        <w:t>printed Cub Scout Knife Safety Rules, pencils, trainer knives or approved pocketknives, work gloves if desired, clean cloth, small sharpening stone for demo only</w:t>
      </w:r>
    </w:p>
    <w:p>
      <w:pPr>
        <w:spacing w:after="20"/>
      </w:pPr>
      <w:r>
        <w:rPr>
          <w:b/>
        </w:rPr>
        <w:t>Gathering — Safety Circle Setup</w:t>
      </w:r>
    </w:p>
    <w:p>
      <w:pPr>
        <w:spacing w:after="20"/>
        <w:numPr>
          <w:ilvl w:val="0"/>
          <w:numId w:val="71"/>
        </w:numPr>
      </w:pPr>
      <w:r>
        <w:t>Scouts use arm's-length spacing to find safe work spots as they arrive.</w:t>
      </w:r>
    </w:p>
    <w:p>
      <w:pPr>
        <w:spacing w:after="20"/>
        <w:numPr>
          <w:ilvl w:val="0"/>
          <w:numId w:val="71"/>
        </w:numPr>
      </w:pPr>
      <w:r>
        <w:t>Den Chief checks each circle before any knife or trainer comes out.</w:t>
      </w:r>
    </w:p>
    <w:p>
      <w:pPr>
        <w:spacing w:after="20"/>
        <w:numPr>
          <w:ilvl w:val="0"/>
          <w:numId w:val="71"/>
        </w:numPr>
      </w:pPr>
      <w:r>
        <w:t>Patrol leader posts the stop signal and cleanup command.</w:t>
      </w:r>
    </w:p>
    <w:p>
      <w:pPr>
        <w:spacing w:after="20"/>
      </w:pPr>
      <w:r>
        <w:rPr>
          <w:b/>
        </w:rPr>
        <w:t>Opening — Opening Ceremony</w:t>
      </w:r>
    </w:p>
    <w:p>
      <w:pPr>
        <w:spacing w:after="20"/>
        <w:numPr>
          <w:ilvl w:val="0"/>
          <w:numId w:val="72"/>
        </w:numPr>
      </w:pPr>
      <w:r>
        <w:t>Form up in a horseshoe or circle. Ask a Scout to lead the Pledge of Allegiance to the flag.</w:t>
      </w:r>
    </w:p>
    <w:p>
      <w:pPr>
        <w:spacing w:after="20"/>
        <w:numPr>
          <w:ilvl w:val="0"/>
          <w:numId w:val="72"/>
        </w:numPr>
      </w:pPr>
      <w:r>
        <w:t>Everyone gives the Cub Scout sign and recites the Scout Oath together.</w:t>
      </w:r>
    </w:p>
    <w:p>
      <w:pPr>
        <w:spacing w:after="20"/>
        <w:numPr>
          <w:ilvl w:val="0"/>
          <w:numId w:val="72"/>
        </w:numPr>
      </w:pPr>
      <w:r>
        <w:t>Recite the Scout Law together. Younger dens may say it line-by-line after the Den Chief.</w:t>
      </w:r>
    </w:p>
    <w:p>
      <w:pPr>
        <w:spacing w:after="20"/>
      </w:pPr>
      <w:r>
        <w:rPr>
          <w:b/>
        </w:rPr>
        <w:t>Activity — Cub Scout Knife Safety Rules</w:t>
      </w:r>
    </w:p>
    <w:p>
      <w:pPr>
        <w:spacing w:after="20"/>
        <w:numPr>
          <w:ilvl w:val="0"/>
          <w:numId w:val="73"/>
        </w:numPr>
      </w:pPr>
      <w:r>
        <w:t>Read the rules together and have Scouts explain each one in their own words.</w:t>
      </w:r>
    </w:p>
    <w:p>
      <w:pPr>
        <w:spacing w:after="20"/>
        <w:numPr>
          <w:ilvl w:val="0"/>
          <w:numId w:val="73"/>
        </w:numPr>
      </w:pPr>
      <w:r>
        <w:t>Each Scout makes the promise to follow the rules before handling a knife.</w:t>
      </w:r>
    </w:p>
    <w:p>
      <w:pPr>
        <w:spacing w:after="20"/>
        <w:numPr>
          <w:ilvl w:val="0"/>
          <w:numId w:val="73"/>
        </w:numPr>
      </w:pPr>
      <w:r>
        <w:t>Review when a knife is a tool, not a toy, and when it must be closed and put away.</w:t>
      </w:r>
    </w:p>
    <w:p>
      <w:pPr>
        <w:spacing w:after="40"/>
      </w:pPr>
      <w:r>
        <w:rPr>
          <w:i/>
          <w:sz w:val="18"/>
        </w:rPr>
        <w:t>Needs: printed Cub Scout Knife Safety Rules, pencils</w:t>
      </w:r>
    </w:p>
    <w:p>
      <w:pPr>
        <w:spacing w:after="20"/>
      </w:pPr>
      <w:r>
        <w:rPr>
          <w:b/>
        </w:rPr>
        <w:t>Activity — Knife Care and Handling Lab</w:t>
      </w:r>
    </w:p>
    <w:p>
      <w:pPr>
        <w:spacing w:after="20"/>
        <w:numPr>
          <w:ilvl w:val="0"/>
          <w:numId w:val="74"/>
        </w:numPr>
      </w:pPr>
      <w:r>
        <w:t>Demonstrate opening, closing, passing, carrying, and storing a pocketknife safely using EDGE.</w:t>
      </w:r>
    </w:p>
    <w:p>
      <w:pPr>
        <w:spacing w:after="20"/>
        <w:numPr>
          <w:ilvl w:val="0"/>
          <w:numId w:val="74"/>
        </w:numPr>
      </w:pPr>
      <w:r>
        <w:t>Scouts practice first with trainer knives or closed knives, then with approved knives under close supervision.</w:t>
      </w:r>
    </w:p>
    <w:p>
      <w:pPr>
        <w:spacing w:after="20"/>
        <w:numPr>
          <w:ilvl w:val="0"/>
          <w:numId w:val="74"/>
        </w:numPr>
      </w:pPr>
      <w:r>
        <w:t>Show basic care: clean, dry, sharp enough to be safe, and stored closed.</w:t>
      </w:r>
    </w:p>
    <w:p>
      <w:pPr>
        <w:spacing w:after="40"/>
      </w:pPr>
      <w:r>
        <w:rPr>
          <w:i/>
          <w:sz w:val="18"/>
        </w:rPr>
        <w:t>Needs: trainer knives or approved pocketknives, work gloves if desired, clean cloth, small sharpening stone for demo only</w:t>
      </w:r>
    </w:p>
    <w:p>
      <w:pPr>
        <w:spacing w:after="20"/>
      </w:pPr>
      <w:r>
        <w:rPr>
          <w:b/>
        </w:rPr>
        <w:t>Closing — Closing Ceremony - the Living Circle</w:t>
      </w:r>
    </w:p>
    <w:p>
      <w:pPr>
        <w:spacing w:after="20"/>
        <w:numPr>
          <w:ilvl w:val="0"/>
          <w:numId w:val="75"/>
        </w:numPr>
      </w:pPr>
      <w:r>
        <w:t>Form a circle. Everyone puts their left hand toward the center, little fingers linked to the next Scout.</w:t>
      </w:r>
    </w:p>
    <w:p>
      <w:pPr>
        <w:spacing w:after="20"/>
        <w:numPr>
          <w:ilvl w:val="0"/>
          <w:numId w:val="75"/>
        </w:numPr>
      </w:pPr>
      <w:r>
        <w:t>Den Chief shares a 1-sentence thought tied to tonight (e.g., 'Tonight we practiced being Helpful.').</w:t>
      </w:r>
    </w:p>
    <w:p>
      <w:pPr>
        <w:spacing w:after="20"/>
        <w:numPr>
          <w:ilvl w:val="0"/>
          <w:numId w:val="75"/>
        </w:numPr>
      </w:pPr>
      <w:r>
        <w:t>On the Den Chief's signal, everyone raises the circle and gives a quiet 'Do Your Best!' Dismiss.</w:t>
      </w:r>
    </w:p>
    <w:p>
      <w:pPr>
        <w:spacing w:after="40"/>
      </w:pPr>
      <w:r>
        <w:rPr>
          <w:b/>
        </w:rPr>
        <w:t>Send home / follow-up:</w:t>
      </w:r>
    </w:p>
    <w:p>
      <w:pPr>
        <w:pStyle w:val="ListBullet"/>
      </w:pPr>
      <w:r>
        <w:t>Tell families whether Scouts may bring an approved pocketknife next time and what supervision rules apply.</w:t>
      </w:r>
    </w:p>
    <w:p>
      <w:pPr>
        <w:pStyle w:val="ListBullet"/>
      </w:pPr>
      <w:r>
        <w:t>This is enrichment - it also front-loads the Scouts BSA Totin' Chip.</w:t>
      </w:r>
    </w:p>
    <w:p>
      <w:pPr>
        <w:spacing w:after="120"/>
      </w:pPr>
      <w:r>
        <w:rPr>
          <w:b/>
        </w:rPr>
        <w:t xml:space="preserve">Den Chief tip: </w:t>
      </w:r>
      <w:r>
        <w:t>Follow pack policy, Guide to Safe Scouting, and local rules. Maintain tight supervision and stop immediately for unsafe behavior. Purely optional after crossover.</w:t>
      </w:r>
    </w:p>
    <w:p>
      <w:pPr>
        <w:spacing w:before="200" w:after="80"/>
      </w:pPr>
      <w:r>
        <w:rPr>
          <w:b/>
          <w:color w:val="5B2A86"/>
          <w:sz w:val="25"/>
        </w:rPr>
        <w:t>Thu Mar 18  —  Whittle a Useful Object (optional)</w:t>
      </w:r>
    </w:p>
    <w:p>
      <w:pPr>
        <w:spacing w:after="40"/>
      </w:pPr>
      <w:r>
        <w:rPr>
          <w:b/>
        </w:rPr>
        <w:t xml:space="preserve">Focus: </w:t>
      </w:r>
      <w:r>
        <w:t>Use a pocketknife to make a useful object and choose the correct cooking knife for slice, chop, and mince.</w:t>
      </w:r>
    </w:p>
    <w:p>
      <w:pPr>
        <w:spacing w:after="40"/>
      </w:pPr>
      <w:r>
        <w:rPr>
          <w:b/>
        </w:rPr>
        <w:t>Requirements completed tonight:</w:t>
      </w:r>
    </w:p>
    <w:p>
      <w:pPr>
        <w:pStyle w:val="ListBullet"/>
      </w:pPr>
      <w:r>
        <w:t>Optional elective - Knife Safety 4 (Make a useful object)</w:t>
      </w:r>
    </w:p>
    <w:p>
      <w:pPr>
        <w:pStyle w:val="ListBullet"/>
      </w:pPr>
      <w:r>
        <w:t>Knife Safety 5 (Correct cooking knife; slice, chop, mince)</w:t>
      </w:r>
    </w:p>
    <w:p>
      <w:pPr>
        <w:spacing w:after="40"/>
      </w:pPr>
      <w:r>
        <w:rPr>
          <w:b/>
        </w:rPr>
        <w:t>Materials to bring:</w:t>
      </w:r>
    </w:p>
    <w:p>
      <w:r>
        <w:t>approved pocketknives, soft wood blanks or sticks, cut-resistant gloves if available, drop cloth, first-aid kit, cutting boards, paring knife, chef's knife, serrated knife, soft foods such as bananas, cucumbers, or herbs, sanitizer and paper towels</w:t>
      </w:r>
    </w:p>
    <w:p>
      <w:pPr>
        <w:spacing w:after="20"/>
      </w:pPr>
      <w:r>
        <w:rPr>
          <w:b/>
        </w:rPr>
        <w:t>Gathering — Edge-Away Review</w:t>
      </w:r>
    </w:p>
    <w:p>
      <w:pPr>
        <w:spacing w:after="20"/>
        <w:numPr>
          <w:ilvl w:val="0"/>
          <w:numId w:val="76"/>
        </w:numPr>
      </w:pPr>
      <w:r>
        <w:t>Scouts demonstrate their safety circle with closed knives or trainers.</w:t>
      </w:r>
    </w:p>
    <w:p>
      <w:pPr>
        <w:spacing w:after="20"/>
        <w:numPr>
          <w:ilvl w:val="0"/>
          <w:numId w:val="76"/>
        </w:numPr>
      </w:pPr>
      <w:r>
        <w:t>Patrol leader asks the group to name the top three rules before work begins.</w:t>
      </w:r>
    </w:p>
    <w:p>
      <w:pPr>
        <w:spacing w:after="20"/>
        <w:numPr>
          <w:ilvl w:val="0"/>
          <w:numId w:val="76"/>
        </w:numPr>
      </w:pPr>
      <w:r>
        <w:t>Anyone who cannot state the rules observes until coached.</w:t>
      </w:r>
    </w:p>
    <w:p>
      <w:pPr>
        <w:spacing w:after="20"/>
      </w:pPr>
      <w:r>
        <w:rPr>
          <w:b/>
        </w:rPr>
        <w:t>Opening — Opening Ceremony</w:t>
      </w:r>
    </w:p>
    <w:p>
      <w:pPr>
        <w:spacing w:after="20"/>
        <w:numPr>
          <w:ilvl w:val="0"/>
          <w:numId w:val="77"/>
        </w:numPr>
      </w:pPr>
      <w:r>
        <w:t>Form up in a horseshoe or circle. Ask a Scout to lead the Pledge of Allegiance to the flag.</w:t>
      </w:r>
    </w:p>
    <w:p>
      <w:pPr>
        <w:spacing w:after="20"/>
        <w:numPr>
          <w:ilvl w:val="0"/>
          <w:numId w:val="77"/>
        </w:numPr>
      </w:pPr>
      <w:r>
        <w:t>Everyone gives the Cub Scout sign and recites the Scout Oath together.</w:t>
      </w:r>
    </w:p>
    <w:p>
      <w:pPr>
        <w:spacing w:after="20"/>
        <w:numPr>
          <w:ilvl w:val="0"/>
          <w:numId w:val="77"/>
        </w:numPr>
      </w:pPr>
      <w:r>
        <w:t>Recite the Scout Law together. Younger dens may say it line-by-line after the Den Chief.</w:t>
      </w:r>
    </w:p>
    <w:p>
      <w:pPr>
        <w:spacing w:after="20"/>
      </w:pPr>
      <w:r>
        <w:rPr>
          <w:b/>
        </w:rPr>
        <w:t>Activity — Whittle a Useful Object</w:t>
      </w:r>
    </w:p>
    <w:p>
      <w:pPr>
        <w:spacing w:after="20"/>
        <w:numPr>
          <w:ilvl w:val="0"/>
          <w:numId w:val="78"/>
        </w:numPr>
      </w:pPr>
      <w:r>
        <w:t>Choose a simple useful object: tent stake, fuzz stick, pot scraper, or labeled garden marker.</w:t>
      </w:r>
    </w:p>
    <w:p>
      <w:pPr>
        <w:spacing w:after="20"/>
        <w:numPr>
          <w:ilvl w:val="0"/>
          <w:numId w:val="78"/>
        </w:numPr>
      </w:pPr>
      <w:r>
        <w:t>Scouts whittle away from themselves inside safety circles with adult/Den Chief coaching.</w:t>
      </w:r>
    </w:p>
    <w:p>
      <w:pPr>
        <w:spacing w:after="20"/>
        <w:numPr>
          <w:ilvl w:val="0"/>
          <w:numId w:val="78"/>
        </w:numPr>
      </w:pPr>
      <w:r>
        <w:t>Stop, close knives, clean the area, and have each Scout explain what they made.</w:t>
      </w:r>
    </w:p>
    <w:p>
      <w:pPr>
        <w:spacing w:after="40"/>
      </w:pPr>
      <w:r>
        <w:rPr>
          <w:i/>
          <w:sz w:val="18"/>
        </w:rPr>
        <w:t>Needs: approved pocketknives, soft wood blanks or sticks, cut-resistant gloves if available, drop cloth, first-aid kit</w:t>
      </w:r>
    </w:p>
    <w:p>
      <w:pPr>
        <w:spacing w:after="20"/>
      </w:pPr>
      <w:r>
        <w:rPr>
          <w:b/>
        </w:rPr>
        <w:t>Activity — Camp Kitchen Knife Skills</w:t>
      </w:r>
    </w:p>
    <w:p>
      <w:pPr>
        <w:spacing w:after="20"/>
        <w:numPr>
          <w:ilvl w:val="0"/>
          <w:numId w:val="79"/>
        </w:numPr>
      </w:pPr>
      <w:r>
        <w:t>Show which cooking knife fits each job: paring, chef's knife, or serrated knife.</w:t>
      </w:r>
    </w:p>
    <w:p>
      <w:pPr>
        <w:spacing w:after="20"/>
        <w:numPr>
          <w:ilvl w:val="0"/>
          <w:numId w:val="79"/>
        </w:numPr>
      </w:pPr>
      <w:r>
        <w:t>Scouts demonstrate slice, chop, and mince on soft foods using claw-hand technique.</w:t>
      </w:r>
    </w:p>
    <w:p>
      <w:pPr>
        <w:spacing w:after="20"/>
        <w:numPr>
          <w:ilvl w:val="0"/>
          <w:numId w:val="79"/>
        </w:numPr>
      </w:pPr>
      <w:r>
        <w:t>Use the cut food in a simple camp snack if time allows.</w:t>
      </w:r>
    </w:p>
    <w:p>
      <w:pPr>
        <w:spacing w:after="40"/>
      </w:pPr>
      <w:r>
        <w:rPr>
          <w:i/>
          <w:sz w:val="18"/>
        </w:rPr>
        <w:t>Needs: cutting boards, paring knife, chef's knife, serrated knife, soft foods such as bananas, cucumbers, or herbs, sanitizer and paper towels</w:t>
      </w:r>
    </w:p>
    <w:p>
      <w:pPr>
        <w:spacing w:after="20"/>
      </w:pPr>
      <w:r>
        <w:rPr>
          <w:b/>
        </w:rPr>
        <w:t>Closing — Closing Ceremony - the Living Circle</w:t>
      </w:r>
    </w:p>
    <w:p>
      <w:pPr>
        <w:spacing w:after="20"/>
        <w:numPr>
          <w:ilvl w:val="0"/>
          <w:numId w:val="80"/>
        </w:numPr>
      </w:pPr>
      <w:r>
        <w:t>Form a circle. Everyone puts their left hand toward the center, little fingers linked to the next Scout.</w:t>
      </w:r>
    </w:p>
    <w:p>
      <w:pPr>
        <w:spacing w:after="20"/>
        <w:numPr>
          <w:ilvl w:val="0"/>
          <w:numId w:val="80"/>
        </w:numPr>
      </w:pPr>
      <w:r>
        <w:t>Den Chief shares a 1-sentence thought tied to tonight (e.g., 'Tonight we practiced being Helpful.').</w:t>
      </w:r>
    </w:p>
    <w:p>
      <w:pPr>
        <w:spacing w:after="20"/>
        <w:numPr>
          <w:ilvl w:val="0"/>
          <w:numId w:val="80"/>
        </w:numPr>
      </w:pPr>
      <w:r>
        <w:t>On the Den Chief's signal, everyone raises the circle and gives a quiet 'Do Your Best!' Dismiss.</w:t>
      </w:r>
    </w:p>
    <w:p>
      <w:pPr>
        <w:spacing w:after="40"/>
      </w:pPr>
      <w:r>
        <w:rPr>
          <w:b/>
        </w:rPr>
        <w:t>Send home / follow-up:</w:t>
      </w:r>
    </w:p>
    <w:p>
      <w:pPr>
        <w:pStyle w:val="ListBullet"/>
      </w:pPr>
      <w:r>
        <w:t>Keep practicing safe knife habits in your new Scouts BSA troop.</w:t>
      </w:r>
    </w:p>
    <w:p>
      <w:pPr>
        <w:pStyle w:val="ListBullet"/>
      </w:pPr>
      <w:r>
        <w:t>Ask your troop about earning the Totin' Chip.</w:t>
      </w:r>
    </w:p>
    <w:p>
      <w:pPr>
        <w:spacing w:after="120"/>
      </w:pPr>
      <w:r>
        <w:rPr>
          <w:b/>
        </w:rPr>
        <w:t xml:space="preserve">Den Chief tip: </w:t>
      </w:r>
      <w:r>
        <w:t>Optional enrichment only. If most Scouts have moved fully to their troop, run this as a combined bridging activity or skip it.</w:t>
      </w:r>
    </w:p>
    <w:p>
      <w:pPr>
        <w:spacing w:after="160"/>
      </w:pPr>
      <w:r>
        <w:rPr>
          <w:b/>
        </w:rPr>
        <w:t xml:space="preserve">Flex week idea: </w:t>
      </w:r>
      <w:r>
        <w:t>Mar 11 (Roundtable): optional - AOL alumni help lead a Webelos or younger-den activity, or hold a patrol reunion cookout.</w:t>
      </w:r>
    </w:p>
    <w:p>
      <w:pPr>
        <w:spacing w:before="280" w:after="80"/>
      </w:pPr>
      <w:r>
        <w:rPr>
          <w:b/>
          <w:color w:val="5B2A86"/>
          <w:sz w:val="28"/>
        </w:rPr>
        <w:t>April 2027: Crossed Over - Mentor &amp; Celebrate</w:t>
      </w:r>
    </w:p>
    <w:p>
      <w:r>
        <w:rPr>
          <w:i/>
        </w:rPr>
        <w:t>AOL Scouts have crossed over into their Scouts BSA troop. No required work remains. If they stay connected to the pack through the school year, use these slots to mentor younger dens and celebrate at the End-of-Year Awards on April 29.</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Nothing required. New Scouts should be attending their troop meetings; returning to help the pack is a bonus Good Turn.</w:t>
      </w:r>
    </w:p>
    <w:p>
      <w:pPr>
        <w:spacing w:before="200" w:after="80"/>
      </w:pPr>
      <w:r>
        <w:rPr>
          <w:b/>
          <w:color w:val="5B2A86"/>
          <w:sz w:val="25"/>
        </w:rPr>
        <w:t>Thu Apr 8  —  Mentor a Younger Den (optional)</w:t>
      </w:r>
    </w:p>
    <w:p>
      <w:pPr>
        <w:spacing w:after="40"/>
      </w:pPr>
      <w:r>
        <w:rPr>
          <w:b/>
        </w:rPr>
        <w:t xml:space="preserve">Focus: </w:t>
      </w:r>
      <w:r>
        <w:t>Give back: crossed-over Scouts return to lead a game or skill for a younger den.</w:t>
      </w:r>
    </w:p>
    <w:p>
      <w:pPr>
        <w:spacing w:after="40"/>
      </w:pPr>
      <w:r>
        <w:rPr>
          <w:b/>
        </w:rPr>
        <w:t>Requirements completed tonight:</w:t>
      </w:r>
    </w:p>
    <w:p>
      <w:pPr>
        <w:pStyle w:val="ListBullet"/>
      </w:pPr>
      <w:r>
        <w:t>No required adventure - leadership/service bonus</w:t>
      </w:r>
    </w:p>
    <w:p>
      <w:pPr>
        <w:spacing w:after="40"/>
      </w:pPr>
      <w:r>
        <w:rPr>
          <w:b/>
        </w:rPr>
        <w:t>Materials to bring:</w:t>
      </w:r>
    </w:p>
    <w:p>
      <w:r>
        <w:t>chosen station supplies</w:t>
      </w:r>
    </w:p>
    <w:p>
      <w:pPr>
        <w:spacing w:after="20"/>
      </w:pPr>
      <w:r>
        <w:rPr>
          <w:b/>
        </w:rPr>
        <w:t>Gathering — Leader's Huddle</w:t>
      </w:r>
    </w:p>
    <w:p>
      <w:pPr>
        <w:spacing w:after="20"/>
        <w:numPr>
          <w:ilvl w:val="0"/>
          <w:numId w:val="81"/>
        </w:numPr>
      </w:pPr>
      <w:r>
        <w:t>Returning Scouts pick which younger den they will help and what they will teach.</w:t>
      </w:r>
    </w:p>
    <w:p>
      <w:pPr>
        <w:spacing w:after="20"/>
        <w:numPr>
          <w:ilvl w:val="0"/>
          <w:numId w:val="81"/>
        </w:numPr>
      </w:pPr>
      <w:r>
        <w:t>Plan a 10-minute game or skill (knots, first aid, an active game).</w:t>
      </w:r>
    </w:p>
    <w:p>
      <w:pPr>
        <w:spacing w:after="20"/>
        <w:numPr>
          <w:ilvl w:val="0"/>
          <w:numId w:val="81"/>
        </w:numPr>
      </w:pPr>
      <w:r>
        <w:t>Assign who leads, who demos, and who encourages.</w:t>
      </w:r>
    </w:p>
    <w:p>
      <w:pPr>
        <w:spacing w:after="20"/>
      </w:pPr>
      <w:r>
        <w:rPr>
          <w:b/>
        </w:rPr>
        <w:t>Opening — Opening Ceremony</w:t>
      </w:r>
    </w:p>
    <w:p>
      <w:pPr>
        <w:spacing w:after="20"/>
        <w:numPr>
          <w:ilvl w:val="0"/>
          <w:numId w:val="82"/>
        </w:numPr>
      </w:pPr>
      <w:r>
        <w:t>Form up in a horseshoe or circle. Ask a Scout to lead the Pledge of Allegiance to the flag.</w:t>
      </w:r>
    </w:p>
    <w:p>
      <w:pPr>
        <w:spacing w:after="20"/>
        <w:numPr>
          <w:ilvl w:val="0"/>
          <w:numId w:val="82"/>
        </w:numPr>
      </w:pPr>
      <w:r>
        <w:t>Everyone gives the Cub Scout sign and recites the Scout Oath together.</w:t>
      </w:r>
    </w:p>
    <w:p>
      <w:pPr>
        <w:spacing w:after="20"/>
        <w:numPr>
          <w:ilvl w:val="0"/>
          <w:numId w:val="82"/>
        </w:numPr>
      </w:pPr>
      <w:r>
        <w:t>Recite the Scout Law together. Younger dens may say it line-by-line after the Den Chief.</w:t>
      </w:r>
    </w:p>
    <w:p>
      <w:pPr>
        <w:spacing w:after="20"/>
      </w:pPr>
      <w:r>
        <w:rPr>
          <w:b/>
        </w:rPr>
        <w:t>Activity — Lead a Station</w:t>
      </w:r>
    </w:p>
    <w:p>
      <w:pPr>
        <w:spacing w:after="20"/>
        <w:numPr>
          <w:ilvl w:val="0"/>
          <w:numId w:val="83"/>
        </w:numPr>
      </w:pPr>
      <w:r>
        <w:t>Run the planned game or skill for a Lion, Tiger, Wolf, Bear, or Webelos den using EDGE.</w:t>
      </w:r>
    </w:p>
    <w:p>
      <w:pPr>
        <w:spacing w:after="20"/>
        <w:numPr>
          <w:ilvl w:val="0"/>
          <w:numId w:val="83"/>
        </w:numPr>
      </w:pPr>
      <w:r>
        <w:t>Model the Scout Oath and Law for the younger Scouts who look up to you.</w:t>
      </w:r>
    </w:p>
    <w:p>
      <w:pPr>
        <w:spacing w:after="20"/>
        <w:numPr>
          <w:ilvl w:val="0"/>
          <w:numId w:val="83"/>
        </w:numPr>
      </w:pPr>
      <w:r>
        <w:t>Debrief: what went well leading younger kids, and how does it feel to be the example?</w:t>
      </w:r>
    </w:p>
    <w:p>
      <w:pPr>
        <w:spacing w:after="40"/>
      </w:pPr>
      <w:r>
        <w:rPr>
          <w:i/>
          <w:sz w:val="18"/>
        </w:rPr>
        <w:t>Needs: chosen station supplies</w:t>
      </w:r>
    </w:p>
    <w:p>
      <w:pPr>
        <w:spacing w:after="20"/>
      </w:pPr>
      <w:r>
        <w:rPr>
          <w:b/>
        </w:rPr>
        <w:t>Closing — Closing Ceremony - the Living Circle</w:t>
      </w:r>
    </w:p>
    <w:p>
      <w:pPr>
        <w:spacing w:after="20"/>
        <w:numPr>
          <w:ilvl w:val="0"/>
          <w:numId w:val="84"/>
        </w:numPr>
      </w:pPr>
      <w:r>
        <w:t>Form a circle. Everyone puts their left hand toward the center, little fingers linked to the next Scout.</w:t>
      </w:r>
    </w:p>
    <w:p>
      <w:pPr>
        <w:spacing w:after="20"/>
        <w:numPr>
          <w:ilvl w:val="0"/>
          <w:numId w:val="84"/>
        </w:numPr>
      </w:pPr>
      <w:r>
        <w:t>Den Chief shares a 1-sentence thought tied to tonight (e.g., 'Tonight we practiced being Helpful.').</w:t>
      </w:r>
    </w:p>
    <w:p>
      <w:pPr>
        <w:spacing w:after="20"/>
        <w:numPr>
          <w:ilvl w:val="0"/>
          <w:numId w:val="84"/>
        </w:numPr>
      </w:pPr>
      <w:r>
        <w:t>On the Den Chief's signal, everyone raises the circle and gives a quiet 'Do Your Best!' Dismiss.</w:t>
      </w:r>
    </w:p>
    <w:p>
      <w:pPr>
        <w:spacing w:after="40"/>
      </w:pPr>
      <w:r>
        <w:rPr>
          <w:b/>
        </w:rPr>
        <w:t>Send home / follow-up:</w:t>
      </w:r>
    </w:p>
    <w:p>
      <w:pPr>
        <w:pStyle w:val="ListBullet"/>
      </w:pPr>
      <w:r>
        <w:t>Keep showing up for your troop first; help the pack when you can.</w:t>
      </w:r>
    </w:p>
    <w:p>
      <w:pPr>
        <w:pStyle w:val="ListBullet"/>
      </w:pPr>
      <w:r>
        <w:t>Invite your family to the April 29 End-of-Year Awards.</w:t>
      </w:r>
    </w:p>
    <w:p>
      <w:pPr>
        <w:spacing w:after="120"/>
      </w:pPr>
      <w:r>
        <w:rPr>
          <w:b/>
        </w:rPr>
        <w:t xml:space="preserve">Den Chief tip: </w:t>
      </w:r>
      <w:r>
        <w:t>Purely optional. This is a beautiful way for new Scouts to stay connected and for the pack to see where Cub Scouting leads.</w:t>
      </w:r>
    </w:p>
    <w:p>
      <w:pPr>
        <w:spacing w:before="200" w:after="80"/>
      </w:pPr>
      <w:r>
        <w:rPr>
          <w:b/>
          <w:color w:val="5B2A86"/>
          <w:sz w:val="25"/>
        </w:rPr>
        <w:t>Thu Apr 22  —  End-of-Year Send-Off (optional)</w:t>
      </w:r>
    </w:p>
    <w:p>
      <w:pPr>
        <w:spacing w:after="40"/>
      </w:pPr>
      <w:r>
        <w:rPr>
          <w:b/>
        </w:rPr>
        <w:t xml:space="preserve">Focus: </w:t>
      </w:r>
      <w:r>
        <w:t>Celebrate the crossover class at the April 29 pack awards and campfire.</w:t>
      </w:r>
    </w:p>
    <w:p>
      <w:pPr>
        <w:spacing w:after="40"/>
      </w:pPr>
      <w:r>
        <w:rPr>
          <w:b/>
        </w:rPr>
        <w:t>Requirements completed tonight:</w:t>
      </w:r>
    </w:p>
    <w:p>
      <w:pPr>
        <w:pStyle w:val="ListBullet"/>
      </w:pPr>
      <w:r>
        <w:t>No required adventure - celebration</w:t>
      </w:r>
    </w:p>
    <w:p>
      <w:pPr>
        <w:spacing w:after="40"/>
      </w:pPr>
      <w:r>
        <w:rPr>
          <w:b/>
        </w:rPr>
        <w:t>Materials to bring:</w:t>
      </w:r>
    </w:p>
    <w:p>
      <w:r>
        <w:t>awards/certificates from the pack, campfire program</w:t>
      </w:r>
    </w:p>
    <w:p>
      <w:pPr>
        <w:spacing w:after="20"/>
      </w:pPr>
      <w:r>
        <w:rPr>
          <w:b/>
        </w:rPr>
        <w:t>Gathering — Memory Wall</w:t>
      </w:r>
    </w:p>
    <w:p>
      <w:pPr>
        <w:spacing w:after="20"/>
        <w:numPr>
          <w:ilvl w:val="0"/>
          <w:numId w:val="85"/>
        </w:numPr>
      </w:pPr>
      <w:r>
        <w:t>Scouts and families post favorite Cub Scout photos or memories.</w:t>
      </w:r>
    </w:p>
    <w:p>
      <w:pPr>
        <w:spacing w:after="20"/>
        <w:numPr>
          <w:ilvl w:val="0"/>
          <w:numId w:val="85"/>
        </w:numPr>
      </w:pPr>
      <w:r>
        <w:t>Each new Scout writes one hope for their Scouts BSA journey.</w:t>
      </w:r>
    </w:p>
    <w:p>
      <w:pPr>
        <w:spacing w:after="20"/>
        <w:numPr>
          <w:ilvl w:val="0"/>
          <w:numId w:val="85"/>
        </w:numPr>
      </w:pPr>
      <w:r>
        <w:t>Share a few aloud to open the celebration.</w:t>
      </w:r>
    </w:p>
    <w:p>
      <w:pPr>
        <w:spacing w:after="20"/>
      </w:pPr>
      <w:r>
        <w:rPr>
          <w:b/>
        </w:rPr>
        <w:t>Opening — Opening Ceremony</w:t>
      </w:r>
    </w:p>
    <w:p>
      <w:pPr>
        <w:spacing w:after="20"/>
        <w:numPr>
          <w:ilvl w:val="0"/>
          <w:numId w:val="86"/>
        </w:numPr>
      </w:pPr>
      <w:r>
        <w:t>Form up in a horseshoe or circle. Ask a Scout to lead the Pledge of Allegiance to the flag.</w:t>
      </w:r>
    </w:p>
    <w:p>
      <w:pPr>
        <w:spacing w:after="20"/>
        <w:numPr>
          <w:ilvl w:val="0"/>
          <w:numId w:val="86"/>
        </w:numPr>
      </w:pPr>
      <w:r>
        <w:t>Everyone gives the Cub Scout sign and recites the Scout Oath together.</w:t>
      </w:r>
    </w:p>
    <w:p>
      <w:pPr>
        <w:spacing w:after="20"/>
        <w:numPr>
          <w:ilvl w:val="0"/>
          <w:numId w:val="86"/>
        </w:numPr>
      </w:pPr>
      <w:r>
        <w:t>Recite the Scout Law together. Younger dens may say it line-by-line after the Den Chief.</w:t>
      </w:r>
    </w:p>
    <w:p>
      <w:pPr>
        <w:spacing w:after="20"/>
      </w:pPr>
      <w:r>
        <w:rPr>
          <w:b/>
        </w:rPr>
        <w:t>Activity — Recognition &amp; Campfire</w:t>
      </w:r>
    </w:p>
    <w:p>
      <w:pPr>
        <w:spacing w:after="20"/>
        <w:numPr>
          <w:ilvl w:val="0"/>
          <w:numId w:val="87"/>
        </w:numPr>
      </w:pPr>
      <w:r>
        <w:t>Recognize the AOL crossover class in front of the pack at the April 29 awards.</w:t>
      </w:r>
    </w:p>
    <w:p>
      <w:pPr>
        <w:spacing w:after="20"/>
        <w:numPr>
          <w:ilvl w:val="0"/>
          <w:numId w:val="87"/>
        </w:numPr>
      </w:pPr>
      <w:r>
        <w:t>New Scouts lead a cheer, skit, or song to model Scout spirit for younger dens.</w:t>
      </w:r>
    </w:p>
    <w:p>
      <w:pPr>
        <w:spacing w:after="20"/>
        <w:numPr>
          <w:ilvl w:val="0"/>
          <w:numId w:val="87"/>
        </w:numPr>
      </w:pPr>
      <w:r>
        <w:t>Close with the Scout Oath and Law led by the crossover class.</w:t>
      </w:r>
    </w:p>
    <w:p>
      <w:pPr>
        <w:spacing w:after="40"/>
      </w:pPr>
      <w:r>
        <w:rPr>
          <w:i/>
          <w:sz w:val="18"/>
        </w:rPr>
        <w:t>Needs: awards/certificates from the pack, campfire program</w:t>
      </w:r>
    </w:p>
    <w:p>
      <w:pPr>
        <w:spacing w:after="20"/>
      </w:pPr>
      <w:r>
        <w:rPr>
          <w:b/>
        </w:rPr>
        <w:t>Closing — Closing Ceremony - the Living Circle</w:t>
      </w:r>
    </w:p>
    <w:p>
      <w:pPr>
        <w:spacing w:after="20"/>
        <w:numPr>
          <w:ilvl w:val="0"/>
          <w:numId w:val="88"/>
        </w:numPr>
      </w:pPr>
      <w:r>
        <w:t>Form a circle. Everyone puts their left hand toward the center, little fingers linked to the next Scout.</w:t>
      </w:r>
    </w:p>
    <w:p>
      <w:pPr>
        <w:spacing w:after="20"/>
        <w:numPr>
          <w:ilvl w:val="0"/>
          <w:numId w:val="88"/>
        </w:numPr>
      </w:pPr>
      <w:r>
        <w:t>Den Chief shares a 1-sentence thought tied to tonight (e.g., 'Tonight we practiced being Helpful.').</w:t>
      </w:r>
    </w:p>
    <w:p>
      <w:pPr>
        <w:spacing w:after="20"/>
        <w:numPr>
          <w:ilvl w:val="0"/>
          <w:numId w:val="88"/>
        </w:numPr>
      </w:pPr>
      <w:r>
        <w:t>On the Den Chief's signal, everyone raises the circle and gives a quiet 'Do Your Best!' Dismiss.</w:t>
      </w:r>
    </w:p>
    <w:p>
      <w:pPr>
        <w:spacing w:after="40"/>
      </w:pPr>
      <w:r>
        <w:rPr>
          <w:b/>
        </w:rPr>
        <w:t>Send home / follow-up:</w:t>
      </w:r>
    </w:p>
    <w:p>
      <w:pPr>
        <w:pStyle w:val="ListBullet"/>
      </w:pPr>
      <w:r>
        <w:t>Congratulations - you finished Cub Scouting and crossed over! Be Prepared and Do a Good Turn Daily.</w:t>
      </w:r>
    </w:p>
    <w:p>
      <w:pPr>
        <w:spacing w:after="120"/>
      </w:pPr>
      <w:r>
        <w:rPr>
          <w:b/>
        </w:rPr>
        <w:t xml:space="preserve">Den Chief tip: </w:t>
      </w:r>
      <w:r>
        <w:t>The April 29 awards are the pack's send-off. Let the new Scouts lead the ceremony pieces - they are the role models now.</w:t>
      </w:r>
    </w:p>
    <w:p>
      <w:pPr>
        <w:spacing w:after="160"/>
      </w:pPr>
      <w:r>
        <w:rPr>
          <w:b/>
        </w:rPr>
        <w:t xml:space="preserve">Flex week idea: </w:t>
      </w:r>
      <w:r>
        <w:t>Apr 15 (Roundtable): optional - final Scoutbook cleanup for any late records, or plan the crossover class's role at the April 29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 w:numId="83">
    <w:abstractNumId w:val="9"/>
    <w:lvlOverride w:ilvl="0">
      <w:startOverride w:val="1"/>
    </w:lvlOverride>
  </w:num>
  <w:num w:numId="84">
    <w:abstractNumId w:val="9"/>
    <w:lvlOverride w:ilvl="0">
      <w:startOverride w:val="1"/>
    </w:lvlOverride>
  </w:num>
  <w:num w:numId="85">
    <w:abstractNumId w:val="9"/>
    <w:lvlOverride w:ilvl="0">
      <w:startOverride w:val="1"/>
    </w:lvlOverride>
  </w:num>
  <w:num w:numId="86">
    <w:abstractNumId w:val="9"/>
    <w:lvlOverride w:ilvl="0">
      <w:startOverride w:val="1"/>
    </w:lvlOverride>
  </w:num>
  <w:num w:numId="87">
    <w:abstractNumId w:val="9"/>
    <w:lvlOverride w:ilvl="0">
      <w:startOverride w:val="1"/>
    </w:lvlOverride>
  </w:num>
  <w:num w:numId="8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